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5998" w14:textId="20C211B6" w:rsidR="00946481" w:rsidRPr="00652EE4" w:rsidRDefault="00946481" w:rsidP="00652EE4">
      <w:pPr>
        <w:spacing w:after="0" w:line="240" w:lineRule="auto"/>
        <w:jc w:val="both"/>
        <w:rPr>
          <w:rFonts w:cs="Arial"/>
          <w:b/>
          <w:bCs/>
          <w:sz w:val="22"/>
          <w:lang w:val="it-IT"/>
        </w:rPr>
      </w:pPr>
      <w:r w:rsidRPr="00652EE4">
        <w:rPr>
          <w:rFonts w:cs="Arial"/>
          <w:b/>
          <w:bCs/>
          <w:sz w:val="22"/>
          <w:lang w:val="it-IT"/>
        </w:rPr>
        <w:t>Modello A</w:t>
      </w:r>
    </w:p>
    <w:p w14:paraId="73039CC1" w14:textId="77777777" w:rsidR="00946481" w:rsidRPr="00652EE4" w:rsidRDefault="00946481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p w14:paraId="5DB97469" w14:textId="77777777" w:rsidR="00946481" w:rsidRPr="00652EE4" w:rsidRDefault="00946481" w:rsidP="00652EE4">
      <w:pPr>
        <w:spacing w:after="0" w:line="240" w:lineRule="auto"/>
        <w:jc w:val="center"/>
        <w:rPr>
          <w:rFonts w:cs="Arial"/>
          <w:b/>
          <w:sz w:val="22"/>
          <w:lang w:val="it-IT"/>
        </w:rPr>
      </w:pPr>
      <w:r w:rsidRPr="00652EE4">
        <w:rPr>
          <w:rFonts w:cs="Arial"/>
          <w:b/>
          <w:sz w:val="22"/>
          <w:lang w:val="it-IT"/>
        </w:rPr>
        <w:t xml:space="preserve">MANIFESTAZIONE D’INTERESSE A PARTECIPARE </w:t>
      </w:r>
    </w:p>
    <w:p w14:paraId="2EB3C8BF" w14:textId="0C4841D3" w:rsidR="00946481" w:rsidRPr="00652EE4" w:rsidRDefault="00946481" w:rsidP="00652EE4">
      <w:pPr>
        <w:spacing w:after="0" w:line="240" w:lineRule="auto"/>
        <w:jc w:val="center"/>
        <w:rPr>
          <w:rFonts w:cs="Arial"/>
          <w:b/>
          <w:sz w:val="22"/>
          <w:lang w:val="it-IT"/>
        </w:rPr>
      </w:pPr>
      <w:r w:rsidRPr="00652EE4">
        <w:rPr>
          <w:rFonts w:cs="Arial"/>
          <w:b/>
          <w:sz w:val="22"/>
          <w:lang w:val="it-IT"/>
        </w:rPr>
        <w:t>AVVISO DI AVVIO INDAGINE DI MERCATO AI SENSI DELL’ART. 2 DELL’ALLEGATO II.1 DEL D.LGS 36/2023 PER L’INDIVIDUAZIONE DI OPERATORI ECONOMICI DA INVITARE ALLA PROCEDURA NEGOZIATA AI SENSI DELL’ART. 50 COMMA 1 LETT. c) DEL D.LGS 36/2023</w:t>
      </w:r>
    </w:p>
    <w:p w14:paraId="0913F562" w14:textId="77777777" w:rsidR="00946481" w:rsidRPr="00652EE4" w:rsidRDefault="00946481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p w14:paraId="0951DF33" w14:textId="01DE561B" w:rsidR="00946481" w:rsidRPr="00836434" w:rsidRDefault="00946481" w:rsidP="00652EE4">
      <w:pPr>
        <w:spacing w:after="0" w:line="240" w:lineRule="auto"/>
        <w:jc w:val="both"/>
        <w:rPr>
          <w:rFonts w:cs="Arial"/>
          <w:b/>
          <w:bCs/>
          <w:sz w:val="22"/>
          <w:lang w:val="it-IT"/>
        </w:rPr>
      </w:pPr>
      <w:r w:rsidRPr="00836434">
        <w:rPr>
          <w:rFonts w:cs="Arial"/>
          <w:b/>
          <w:bCs/>
          <w:sz w:val="22"/>
          <w:lang w:val="it-IT"/>
        </w:rPr>
        <w:t>OGGETTO: AFFIDAMENTO DEL PROGETTO ESECUTIVO E LAVORI DI RIQUALIFICAZIONE DELLE AREE CAMPER DEL COMUNE DI TERNI</w:t>
      </w:r>
    </w:p>
    <w:p w14:paraId="109415FD" w14:textId="77777777" w:rsidR="00946481" w:rsidRPr="00652EE4" w:rsidRDefault="00946481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p w14:paraId="03B1A0B5" w14:textId="59336011" w:rsidR="00946481" w:rsidRPr="00652EE4" w:rsidRDefault="00652EE4" w:rsidP="00652EE4">
      <w:pPr>
        <w:spacing w:after="0" w:line="240" w:lineRule="auto"/>
        <w:jc w:val="both"/>
        <w:rPr>
          <w:rFonts w:cs="Arial"/>
          <w:i/>
          <w:iCs/>
          <w:sz w:val="22"/>
          <w:lang w:val="it-IT"/>
        </w:rPr>
      </w:pPr>
      <w:r w:rsidRPr="00652EE4">
        <w:rPr>
          <w:rFonts w:cs="Arial"/>
          <w:b/>
          <w:bCs/>
          <w:i/>
          <w:iCs/>
          <w:sz w:val="22"/>
          <w:lang w:val="it-IT"/>
        </w:rPr>
        <w:t>I</w:t>
      </w:r>
      <w:r w:rsidR="00946481" w:rsidRPr="00652EE4">
        <w:rPr>
          <w:rFonts w:cs="Arial"/>
          <w:b/>
          <w:bCs/>
          <w:i/>
          <w:iCs/>
          <w:sz w:val="22"/>
          <w:lang w:val="it-IT"/>
        </w:rPr>
        <w:t xml:space="preserve">struzioni di compilazione. </w:t>
      </w:r>
      <w:r w:rsidR="00946481" w:rsidRPr="00652EE4">
        <w:rPr>
          <w:rFonts w:cs="Arial"/>
          <w:i/>
          <w:iCs/>
          <w:sz w:val="22"/>
          <w:lang w:val="it-IT"/>
        </w:rPr>
        <w:t xml:space="preserve">Compilare i campi pertinenti e indicare espressamente quelli non applicabili. Per i lavori analoghi utilizzare fino a cinque schede, completando anche il riepilogo finale. Se non si dichiarano interventi analoghi, indicarlo e riportare zero nel riepilogo. Il modello riguarda la sola manifestazione di interesse e non contiene un’offerta tecnica o economica. </w:t>
      </w:r>
      <w:r w:rsidR="00946481" w:rsidRPr="00A33251">
        <w:rPr>
          <w:rFonts w:cs="Arial"/>
          <w:i/>
          <w:iCs/>
          <w:sz w:val="22"/>
          <w:lang w:val="it-IT"/>
        </w:rPr>
        <w:t>Sottoscrivere digitalmente secondo la forma di partecipazione indicata nell’avviso.</w:t>
      </w:r>
    </w:p>
    <w:p w14:paraId="5CBD0E98" w14:textId="77777777" w:rsidR="00946481" w:rsidRPr="00652EE4" w:rsidRDefault="00946481" w:rsidP="00652EE4">
      <w:pPr>
        <w:spacing w:after="0" w:line="240" w:lineRule="auto"/>
        <w:jc w:val="both"/>
        <w:rPr>
          <w:rFonts w:cs="Arial"/>
          <w:i/>
          <w:iCs/>
          <w:sz w:val="22"/>
          <w:lang w:val="it-IT"/>
        </w:rPr>
      </w:pPr>
    </w:p>
    <w:p w14:paraId="3186B92A" w14:textId="35FEA986" w:rsidR="00DF1D4B" w:rsidRPr="00652EE4" w:rsidRDefault="001578CC" w:rsidP="00652EE4">
      <w:pPr>
        <w:pStyle w:val="Titolo1"/>
        <w:spacing w:before="0" w:after="0" w:line="240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652EE4">
        <w:rPr>
          <w:rFonts w:ascii="Arial" w:hAnsi="Arial" w:cs="Arial"/>
          <w:sz w:val="22"/>
          <w:szCs w:val="22"/>
          <w:lang w:val="it-IT"/>
        </w:rPr>
        <w:t>1 Dati del dichiarante e dell’operatore</w:t>
      </w:r>
    </w:p>
    <w:p w14:paraId="1AD37FD8" w14:textId="6428F774" w:rsidR="00420557" w:rsidRPr="00420557" w:rsidRDefault="00420557" w:rsidP="00420557">
      <w:pPr>
        <w:spacing w:after="0" w:line="240" w:lineRule="auto"/>
        <w:rPr>
          <w:rFonts w:cs="Arial"/>
          <w:bCs/>
          <w:color w:val="000000"/>
          <w:sz w:val="22"/>
          <w:lang w:val="it-IT"/>
        </w:rPr>
      </w:pPr>
      <w:r w:rsidRPr="00420557">
        <w:rPr>
          <w:rFonts w:cs="Arial"/>
          <w:bCs/>
          <w:color w:val="000000"/>
          <w:sz w:val="22"/>
          <w:lang w:val="it-IT"/>
        </w:rPr>
        <w:t xml:space="preserve">Il/La sottoscritto/a </w:t>
      </w:r>
      <w:r>
        <w:rPr>
          <w:rFonts w:cs="Arial"/>
          <w:bCs/>
          <w:color w:val="000000"/>
          <w:sz w:val="22"/>
          <w:lang w:val="it-IT"/>
        </w:rPr>
        <w:t>(</w:t>
      </w:r>
      <w:r w:rsidRPr="00420557">
        <w:rPr>
          <w:rFonts w:cs="Arial"/>
          <w:bCs/>
          <w:color w:val="000000"/>
          <w:sz w:val="22"/>
          <w:lang w:val="it-IT"/>
        </w:rPr>
        <w:t>nome e cognome</w:t>
      </w:r>
      <w:r>
        <w:rPr>
          <w:rFonts w:cs="Arial"/>
          <w:bCs/>
          <w:color w:val="000000"/>
          <w:sz w:val="22"/>
          <w:lang w:val="it-IT"/>
        </w:rPr>
        <w:t>)</w:t>
      </w:r>
    </w:p>
    <w:p w14:paraId="244C1288" w14:textId="57ECB44A" w:rsidR="00420557" w:rsidRPr="00420557" w:rsidRDefault="00420557" w:rsidP="00420557">
      <w:pPr>
        <w:spacing w:after="0" w:line="240" w:lineRule="auto"/>
        <w:rPr>
          <w:rFonts w:cs="Arial"/>
          <w:bCs/>
          <w:color w:val="000000"/>
          <w:sz w:val="22"/>
          <w:lang w:val="it-IT"/>
        </w:rPr>
      </w:pPr>
      <w:r w:rsidRPr="00420557">
        <w:rPr>
          <w:rFonts w:cs="Arial"/>
          <w:bCs/>
          <w:color w:val="000000"/>
          <w:sz w:val="22"/>
          <w:lang w:val="it-IT"/>
        </w:rPr>
        <w:t xml:space="preserve">codice fiscale </w:t>
      </w:r>
      <w:r>
        <w:rPr>
          <w:rFonts w:cs="Arial"/>
          <w:bCs/>
          <w:color w:val="000000"/>
          <w:sz w:val="22"/>
          <w:lang w:val="it-IT"/>
        </w:rPr>
        <w:t>(</w:t>
      </w:r>
      <w:r w:rsidRPr="00420557">
        <w:rPr>
          <w:rFonts w:cs="Arial"/>
          <w:bCs/>
          <w:color w:val="000000"/>
          <w:sz w:val="22"/>
          <w:lang w:val="it-IT"/>
        </w:rPr>
        <w:t>codice</w:t>
      </w:r>
      <w:r>
        <w:rPr>
          <w:rFonts w:cs="Arial"/>
          <w:bCs/>
          <w:color w:val="000000"/>
          <w:sz w:val="22"/>
          <w:lang w:val="it-IT"/>
        </w:rPr>
        <w:t>)</w:t>
      </w:r>
    </w:p>
    <w:p w14:paraId="7953F18F" w14:textId="13584046" w:rsidR="00420557" w:rsidRPr="00420557" w:rsidRDefault="00420557" w:rsidP="00420557">
      <w:pPr>
        <w:spacing w:after="0" w:line="240" w:lineRule="auto"/>
        <w:rPr>
          <w:rFonts w:cs="Arial"/>
          <w:bCs/>
          <w:color w:val="000000"/>
          <w:sz w:val="22"/>
          <w:lang w:val="it-IT"/>
        </w:rPr>
      </w:pPr>
      <w:r w:rsidRPr="00420557">
        <w:rPr>
          <w:rFonts w:cs="Arial"/>
          <w:bCs/>
          <w:color w:val="000000"/>
          <w:sz w:val="22"/>
          <w:lang w:val="it-IT"/>
        </w:rPr>
        <w:t xml:space="preserve">in qualità di </w:t>
      </w:r>
      <w:r>
        <w:rPr>
          <w:rFonts w:cs="Arial"/>
          <w:bCs/>
          <w:color w:val="000000"/>
          <w:sz w:val="22"/>
          <w:lang w:val="it-IT"/>
        </w:rPr>
        <w:t>(</w:t>
      </w:r>
      <w:r w:rsidRPr="00420557">
        <w:rPr>
          <w:rFonts w:cs="Arial"/>
          <w:bCs/>
          <w:color w:val="000000"/>
          <w:sz w:val="22"/>
          <w:lang w:val="it-IT"/>
        </w:rPr>
        <w:t>legale rappresentante/procuratore</w:t>
      </w:r>
      <w:r>
        <w:rPr>
          <w:rFonts w:cs="Arial"/>
          <w:bCs/>
          <w:color w:val="000000"/>
          <w:sz w:val="22"/>
          <w:lang w:val="it-IT"/>
        </w:rPr>
        <w:t>)</w:t>
      </w:r>
      <w:r w:rsidRPr="00420557">
        <w:rPr>
          <w:rFonts w:cs="Arial"/>
          <w:bCs/>
          <w:color w:val="000000"/>
          <w:sz w:val="22"/>
          <w:lang w:val="it-IT"/>
        </w:rPr>
        <w:t xml:space="preserve"> di </w:t>
      </w:r>
      <w:r>
        <w:rPr>
          <w:rFonts w:cs="Arial"/>
          <w:bCs/>
          <w:color w:val="000000"/>
          <w:sz w:val="22"/>
          <w:lang w:val="it-IT"/>
        </w:rPr>
        <w:t>(</w:t>
      </w:r>
      <w:r w:rsidRPr="00420557">
        <w:rPr>
          <w:rFonts w:cs="Arial"/>
          <w:bCs/>
          <w:color w:val="000000"/>
          <w:sz w:val="22"/>
          <w:lang w:val="it-IT"/>
        </w:rPr>
        <w:t>denominazione</w:t>
      </w:r>
      <w:r>
        <w:rPr>
          <w:rFonts w:cs="Arial"/>
          <w:bCs/>
          <w:color w:val="000000"/>
          <w:sz w:val="22"/>
          <w:lang w:val="it-IT"/>
        </w:rPr>
        <w:t>)</w:t>
      </w:r>
      <w:r w:rsidRPr="00420557">
        <w:rPr>
          <w:rFonts w:cs="Arial"/>
          <w:bCs/>
          <w:color w:val="000000"/>
          <w:sz w:val="22"/>
          <w:lang w:val="it-IT"/>
        </w:rPr>
        <w:t xml:space="preserve">, </w:t>
      </w:r>
    </w:p>
    <w:p w14:paraId="6E020FB8" w14:textId="2EC2D7E7" w:rsidR="00420557" w:rsidRPr="00420557" w:rsidRDefault="00420557" w:rsidP="00420557">
      <w:pPr>
        <w:spacing w:after="0" w:line="240" w:lineRule="auto"/>
        <w:rPr>
          <w:rFonts w:cs="Arial"/>
          <w:bCs/>
          <w:color w:val="000000"/>
          <w:sz w:val="22"/>
          <w:lang w:val="it-IT"/>
        </w:rPr>
      </w:pPr>
      <w:r w:rsidRPr="00420557">
        <w:rPr>
          <w:rFonts w:cs="Arial"/>
          <w:bCs/>
          <w:color w:val="000000"/>
          <w:sz w:val="22"/>
          <w:lang w:val="it-IT"/>
        </w:rPr>
        <w:t xml:space="preserve">con sede in </w:t>
      </w:r>
      <w:r>
        <w:rPr>
          <w:rFonts w:cs="Arial"/>
          <w:bCs/>
          <w:color w:val="000000"/>
          <w:sz w:val="22"/>
          <w:lang w:val="it-IT"/>
        </w:rPr>
        <w:t>……</w:t>
      </w:r>
      <w:r w:rsidRPr="00420557">
        <w:rPr>
          <w:rFonts w:cs="Arial"/>
          <w:bCs/>
          <w:color w:val="000000"/>
          <w:sz w:val="22"/>
          <w:lang w:val="it-IT"/>
        </w:rPr>
        <w:t xml:space="preserve">, codice fiscale </w:t>
      </w:r>
      <w:r>
        <w:rPr>
          <w:rFonts w:cs="Arial"/>
          <w:bCs/>
          <w:color w:val="000000"/>
          <w:sz w:val="22"/>
          <w:lang w:val="it-IT"/>
        </w:rPr>
        <w:t>…..</w:t>
      </w:r>
      <w:r w:rsidRPr="00420557">
        <w:rPr>
          <w:rFonts w:cs="Arial"/>
          <w:bCs/>
          <w:color w:val="000000"/>
          <w:sz w:val="22"/>
          <w:lang w:val="it-IT"/>
        </w:rPr>
        <w:t xml:space="preserve">, partita IVA </w:t>
      </w:r>
      <w:r>
        <w:rPr>
          <w:rFonts w:cs="Arial"/>
          <w:bCs/>
          <w:color w:val="000000"/>
          <w:sz w:val="22"/>
          <w:lang w:val="it-IT"/>
        </w:rPr>
        <w:t xml:space="preserve">….. </w:t>
      </w:r>
      <w:r w:rsidRPr="00420557">
        <w:rPr>
          <w:rFonts w:cs="Arial"/>
          <w:bCs/>
          <w:color w:val="000000"/>
          <w:sz w:val="22"/>
          <w:lang w:val="it-IT"/>
        </w:rPr>
        <w:t xml:space="preserve">, PEC </w:t>
      </w:r>
      <w:r>
        <w:rPr>
          <w:rFonts w:cs="Arial"/>
          <w:bCs/>
          <w:color w:val="000000"/>
          <w:sz w:val="22"/>
          <w:lang w:val="it-IT"/>
        </w:rPr>
        <w:t>………</w:t>
      </w:r>
      <w:r w:rsidRPr="00420557">
        <w:rPr>
          <w:rFonts w:cs="Arial"/>
          <w:bCs/>
          <w:color w:val="000000"/>
          <w:sz w:val="22"/>
          <w:lang w:val="it-IT"/>
        </w:rPr>
        <w:t xml:space="preserve">, telefono </w:t>
      </w:r>
      <w:r>
        <w:rPr>
          <w:rFonts w:cs="Arial"/>
          <w:bCs/>
          <w:color w:val="000000"/>
          <w:sz w:val="22"/>
          <w:lang w:val="it-IT"/>
        </w:rPr>
        <w:t>………….</w:t>
      </w:r>
    </w:p>
    <w:p w14:paraId="1D399EDE" w14:textId="598E5852" w:rsidR="00420557" w:rsidRPr="00420557" w:rsidRDefault="00420557" w:rsidP="00420557">
      <w:pPr>
        <w:spacing w:after="0" w:line="240" w:lineRule="auto"/>
        <w:rPr>
          <w:rFonts w:cs="Arial"/>
          <w:bCs/>
          <w:color w:val="000000"/>
          <w:sz w:val="22"/>
          <w:lang w:val="it-IT"/>
        </w:rPr>
      </w:pPr>
      <w:r w:rsidRPr="00420557">
        <w:rPr>
          <w:rFonts w:cs="Arial"/>
          <w:bCs/>
          <w:color w:val="000000"/>
          <w:sz w:val="22"/>
          <w:lang w:val="it-IT"/>
        </w:rPr>
        <w:t xml:space="preserve">Poteri di rappresentanza </w:t>
      </w:r>
      <w:r>
        <w:rPr>
          <w:rFonts w:cs="Arial"/>
          <w:bCs/>
          <w:color w:val="000000"/>
          <w:sz w:val="22"/>
          <w:lang w:val="it-IT"/>
        </w:rPr>
        <w:t>……….</w:t>
      </w:r>
    </w:p>
    <w:p w14:paraId="602209DE" w14:textId="72F7942E" w:rsidR="00420557" w:rsidRPr="00420557" w:rsidRDefault="00420557" w:rsidP="00420557">
      <w:pPr>
        <w:spacing w:after="0" w:line="240" w:lineRule="auto"/>
        <w:rPr>
          <w:rFonts w:cs="Arial"/>
          <w:bCs/>
          <w:color w:val="000000"/>
          <w:sz w:val="22"/>
          <w:lang w:val="it-IT"/>
        </w:rPr>
      </w:pPr>
      <w:r w:rsidRPr="00420557">
        <w:rPr>
          <w:rFonts w:cs="Arial"/>
          <w:bCs/>
          <w:color w:val="000000"/>
          <w:sz w:val="22"/>
          <w:lang w:val="it-IT"/>
        </w:rPr>
        <w:t xml:space="preserve">eventuale procura allegata </w:t>
      </w:r>
      <w:r>
        <w:rPr>
          <w:rFonts w:cs="Arial"/>
          <w:bCs/>
          <w:color w:val="000000"/>
          <w:sz w:val="22"/>
          <w:lang w:val="it-IT"/>
        </w:rPr>
        <w:t>(</w:t>
      </w:r>
      <w:r w:rsidRPr="00420557">
        <w:rPr>
          <w:rFonts w:cs="Arial"/>
          <w:bCs/>
          <w:color w:val="000000"/>
          <w:sz w:val="22"/>
          <w:lang w:val="it-IT"/>
        </w:rPr>
        <w:t>identificativo.</w:t>
      </w:r>
      <w:r>
        <w:rPr>
          <w:rFonts w:cs="Arial"/>
          <w:bCs/>
          <w:color w:val="000000"/>
          <w:sz w:val="22"/>
          <w:lang w:val="it-IT"/>
        </w:rPr>
        <w:t>)</w:t>
      </w:r>
    </w:p>
    <w:p w14:paraId="2C1B9BED" w14:textId="2FC50919" w:rsidR="00420557" w:rsidRPr="00420557" w:rsidRDefault="00420557" w:rsidP="00420557">
      <w:pPr>
        <w:spacing w:after="0" w:line="240" w:lineRule="auto"/>
        <w:rPr>
          <w:rFonts w:cs="Arial"/>
          <w:bCs/>
          <w:color w:val="000000"/>
          <w:sz w:val="22"/>
          <w:lang w:val="it-IT"/>
        </w:rPr>
      </w:pPr>
      <w:r w:rsidRPr="00420557">
        <w:rPr>
          <w:rFonts w:cs="Arial"/>
          <w:bCs/>
          <w:color w:val="000000"/>
          <w:sz w:val="22"/>
          <w:lang w:val="it-IT"/>
        </w:rPr>
        <w:t xml:space="preserve">Forma di partecipazione </w:t>
      </w:r>
      <w:r>
        <w:rPr>
          <w:rFonts w:cs="Arial"/>
          <w:bCs/>
          <w:color w:val="000000"/>
          <w:sz w:val="22"/>
          <w:lang w:val="it-IT"/>
        </w:rPr>
        <w:t>(</w:t>
      </w:r>
      <w:r w:rsidRPr="00420557">
        <w:rPr>
          <w:rFonts w:cs="Arial"/>
          <w:bCs/>
          <w:color w:val="000000"/>
          <w:sz w:val="22"/>
          <w:lang w:val="it-IT"/>
        </w:rPr>
        <w:t>singola/raggruppamento costituito o costituendo/consorzio/altra forma ammessa</w:t>
      </w:r>
      <w:r>
        <w:rPr>
          <w:rFonts w:cs="Arial"/>
          <w:bCs/>
          <w:color w:val="000000"/>
          <w:sz w:val="22"/>
          <w:lang w:val="it-IT"/>
        </w:rPr>
        <w:t>)</w:t>
      </w:r>
      <w:r w:rsidRPr="00420557">
        <w:rPr>
          <w:rFonts w:cs="Arial"/>
          <w:bCs/>
          <w:color w:val="000000"/>
          <w:sz w:val="22"/>
          <w:lang w:val="it-IT"/>
        </w:rPr>
        <w:t xml:space="preserve">. </w:t>
      </w:r>
    </w:p>
    <w:p w14:paraId="50E5EDC8" w14:textId="7A89035D" w:rsidR="00420557" w:rsidRPr="00420557" w:rsidRDefault="00420557" w:rsidP="00420557">
      <w:pPr>
        <w:spacing w:after="0" w:line="240" w:lineRule="auto"/>
        <w:rPr>
          <w:rFonts w:cs="Arial"/>
          <w:bCs/>
          <w:color w:val="000000"/>
          <w:sz w:val="22"/>
          <w:lang w:val="it-IT"/>
        </w:rPr>
      </w:pPr>
      <w:r>
        <w:rPr>
          <w:rFonts w:cs="Arial"/>
          <w:bCs/>
          <w:color w:val="000000"/>
          <w:sz w:val="22"/>
          <w:lang w:val="it-IT"/>
        </w:rPr>
        <w:t>Elenco dei c</w:t>
      </w:r>
      <w:r w:rsidRPr="00420557">
        <w:rPr>
          <w:rFonts w:cs="Arial"/>
          <w:bCs/>
          <w:color w:val="000000"/>
          <w:sz w:val="22"/>
          <w:lang w:val="it-IT"/>
        </w:rPr>
        <w:t xml:space="preserve">omponenti e rispettivi ruoli </w:t>
      </w:r>
      <w:r>
        <w:rPr>
          <w:rFonts w:cs="Arial"/>
          <w:bCs/>
          <w:color w:val="000000"/>
          <w:sz w:val="22"/>
          <w:lang w:val="it-IT"/>
        </w:rPr>
        <w:t>……………</w:t>
      </w:r>
      <w:r w:rsidRPr="00420557">
        <w:rPr>
          <w:rFonts w:cs="Arial"/>
          <w:bCs/>
          <w:color w:val="000000"/>
          <w:sz w:val="22"/>
          <w:lang w:val="it-IT"/>
        </w:rPr>
        <w:t xml:space="preserve"> </w:t>
      </w:r>
    </w:p>
    <w:p w14:paraId="6EA77E4B" w14:textId="77777777" w:rsidR="00420557" w:rsidRPr="00420557" w:rsidRDefault="00420557" w:rsidP="00420557">
      <w:pPr>
        <w:spacing w:after="0" w:line="240" w:lineRule="auto"/>
        <w:rPr>
          <w:rFonts w:cs="Arial"/>
          <w:bCs/>
          <w:color w:val="000000"/>
          <w:sz w:val="22"/>
          <w:lang w:val="it-IT"/>
        </w:rPr>
      </w:pPr>
      <w:r w:rsidRPr="00420557">
        <w:rPr>
          <w:rFonts w:cs="Arial"/>
          <w:bCs/>
          <w:color w:val="000000"/>
          <w:sz w:val="22"/>
          <w:lang w:val="it-IT"/>
        </w:rPr>
        <w:t xml:space="preserve">prestazioni e requisiti apportati [specificare]. </w:t>
      </w:r>
    </w:p>
    <w:p w14:paraId="14E16597" w14:textId="78CDCC3D" w:rsidR="00420557" w:rsidRDefault="004C5C79" w:rsidP="00420557">
      <w:pPr>
        <w:spacing w:after="0" w:line="240" w:lineRule="auto"/>
        <w:rPr>
          <w:rFonts w:cs="Arial"/>
          <w:bCs/>
          <w:color w:val="000000"/>
          <w:sz w:val="22"/>
          <w:lang w:val="it-IT"/>
        </w:rPr>
      </w:pPr>
      <w:r>
        <w:rPr>
          <w:rFonts w:cs="Arial"/>
          <w:bCs/>
          <w:color w:val="000000"/>
          <w:sz w:val="22"/>
          <w:lang w:val="it-IT"/>
        </w:rPr>
        <w:t>Elenco e</w:t>
      </w:r>
      <w:r w:rsidR="00420557" w:rsidRPr="00420557">
        <w:rPr>
          <w:rFonts w:cs="Arial"/>
          <w:bCs/>
          <w:color w:val="000000"/>
          <w:sz w:val="22"/>
          <w:lang w:val="it-IT"/>
        </w:rPr>
        <w:t xml:space="preserve">ventuali consorziate esecutrici </w:t>
      </w:r>
      <w:r>
        <w:rPr>
          <w:rFonts w:cs="Arial"/>
          <w:bCs/>
          <w:color w:val="000000"/>
          <w:sz w:val="22"/>
          <w:lang w:val="it-IT"/>
        </w:rPr>
        <w:t>…………</w:t>
      </w:r>
    </w:p>
    <w:p w14:paraId="62E01C04" w14:textId="77777777" w:rsidR="004C5C79" w:rsidRPr="00420557" w:rsidRDefault="004C5C79" w:rsidP="00420557">
      <w:pPr>
        <w:spacing w:after="0" w:line="240" w:lineRule="auto"/>
        <w:rPr>
          <w:rFonts w:cs="Arial"/>
          <w:bCs/>
          <w:color w:val="000000"/>
          <w:sz w:val="22"/>
          <w:lang w:val="it-IT"/>
        </w:rPr>
      </w:pPr>
    </w:p>
    <w:p w14:paraId="64118EEB" w14:textId="36348D96" w:rsidR="00946481" w:rsidRPr="00652EE4" w:rsidRDefault="00420557" w:rsidP="00420557">
      <w:pPr>
        <w:spacing w:after="0" w:line="240" w:lineRule="auto"/>
        <w:rPr>
          <w:rFonts w:cs="Arial"/>
          <w:b/>
          <w:color w:val="000000"/>
          <w:sz w:val="22"/>
          <w:lang w:val="it-IT"/>
        </w:rPr>
      </w:pPr>
      <w:r>
        <w:rPr>
          <w:rFonts w:cs="Arial"/>
          <w:b/>
          <w:color w:val="000000"/>
          <w:sz w:val="22"/>
          <w:lang w:val="it-IT"/>
        </w:rPr>
        <w:t>2. Manifestazione e dichiarazione</w:t>
      </w:r>
    </w:p>
    <w:p w14:paraId="7023E316" w14:textId="77777777" w:rsidR="00420557" w:rsidRPr="00420557" w:rsidRDefault="00420557" w:rsidP="00420557">
      <w:pPr>
        <w:pStyle w:val="Corpotesto"/>
        <w:spacing w:after="0" w:line="240" w:lineRule="auto"/>
        <w:ind w:right="17"/>
        <w:jc w:val="both"/>
        <w:rPr>
          <w:rFonts w:cs="Arial"/>
          <w:sz w:val="22"/>
          <w:lang w:val="it-IT"/>
        </w:rPr>
      </w:pPr>
      <w:r w:rsidRPr="00420557">
        <w:rPr>
          <w:rFonts w:cs="Arial"/>
          <w:sz w:val="22"/>
          <w:lang w:val="it-IT"/>
        </w:rPr>
        <w:t>l dichiarante manifesta interesse a essere invitato alla procedura indicata nell’avviso e, ai sensi degli articoli 46 e 47 del D.P.R. 445/2000, consapevole delle conseguenze previste dagli articoli 75 e 76 per dichiarazioni non veritiere, dichiara, per quanto di propria competenza e conoscenza:</w:t>
      </w:r>
    </w:p>
    <w:p w14:paraId="2BCBC093" w14:textId="77777777" w:rsidR="00420557" w:rsidRPr="00420557" w:rsidRDefault="00420557" w:rsidP="00420557">
      <w:pPr>
        <w:pStyle w:val="Corpotesto"/>
        <w:spacing w:after="0" w:line="240" w:lineRule="auto"/>
        <w:ind w:right="17"/>
        <w:jc w:val="both"/>
        <w:rPr>
          <w:rFonts w:cs="Arial"/>
          <w:sz w:val="22"/>
          <w:lang w:val="it-IT"/>
        </w:rPr>
      </w:pPr>
      <w:r w:rsidRPr="00420557">
        <w:rPr>
          <w:rFonts w:cs="Arial"/>
          <w:sz w:val="22"/>
          <w:lang w:val="it-IT"/>
        </w:rPr>
        <w:t>a) che l’operatore e i soggetti cui si applicano le relative disposizioni non incorrono nelle cause di esclusione degli articoli 94 e 95 del Codice, tenuto conto degli articoli 96, 97 e 98, né negli ulteriori divieti di contrarre; eventuali circostanze da rappresentare e misure adottate [indicare oppure nessuna];</w:t>
      </w:r>
    </w:p>
    <w:p w14:paraId="42A78B5D" w14:textId="77777777" w:rsidR="00420557" w:rsidRPr="00420557" w:rsidRDefault="00420557" w:rsidP="00420557">
      <w:pPr>
        <w:pStyle w:val="Corpotesto"/>
        <w:spacing w:after="0" w:line="240" w:lineRule="auto"/>
        <w:ind w:right="17"/>
        <w:jc w:val="both"/>
        <w:rPr>
          <w:rFonts w:cs="Arial"/>
          <w:sz w:val="22"/>
          <w:lang w:val="it-IT"/>
        </w:rPr>
      </w:pPr>
      <w:r w:rsidRPr="00420557">
        <w:rPr>
          <w:rFonts w:cs="Arial"/>
          <w:sz w:val="22"/>
          <w:lang w:val="it-IT"/>
        </w:rPr>
        <w:t>b) l’iscrizione nel Registro delle imprese o registro equivalente [ente, numero e attività];</w:t>
      </w:r>
    </w:p>
    <w:p w14:paraId="309A3EF6" w14:textId="77777777" w:rsidR="00420557" w:rsidRPr="00420557" w:rsidRDefault="00420557" w:rsidP="00420557">
      <w:pPr>
        <w:pStyle w:val="Corpotesto"/>
        <w:spacing w:after="0" w:line="240" w:lineRule="auto"/>
        <w:ind w:right="17"/>
        <w:jc w:val="both"/>
        <w:rPr>
          <w:rFonts w:cs="Arial"/>
          <w:sz w:val="22"/>
          <w:lang w:val="it-IT"/>
        </w:rPr>
      </w:pPr>
      <w:r w:rsidRPr="00420557">
        <w:rPr>
          <w:rFonts w:cs="Arial"/>
          <w:sz w:val="22"/>
          <w:lang w:val="it-IT"/>
        </w:rPr>
        <w:t>c) il possesso della qualificazione lavori richiesta dall’avviso con la seguente attestazione SOA: [organismo, numero, categoria, classifica, scadenze e stato delle verifiche]; per le forme associate [soggetti titolari e qualificazioni]; eventuale avvalimento previsto [requisito e soggetto ausiliario];</w:t>
      </w:r>
    </w:p>
    <w:p w14:paraId="286E247B" w14:textId="77777777" w:rsidR="00420557" w:rsidRPr="00420557" w:rsidRDefault="00420557" w:rsidP="00420557">
      <w:pPr>
        <w:pStyle w:val="Corpotesto"/>
        <w:spacing w:after="0" w:line="240" w:lineRule="auto"/>
        <w:ind w:right="17"/>
        <w:jc w:val="both"/>
        <w:rPr>
          <w:rFonts w:cs="Arial"/>
          <w:sz w:val="22"/>
          <w:lang w:val="it-IT"/>
        </w:rPr>
      </w:pPr>
      <w:r w:rsidRPr="00420557">
        <w:rPr>
          <w:rFonts w:cs="Arial"/>
          <w:sz w:val="22"/>
          <w:lang w:val="it-IT"/>
        </w:rPr>
        <w:t>d) di assicurare le abilitazioni necessarie alle singole lavorazioni secondo la normativa e la forma di esecuzione consentita;</w:t>
      </w:r>
    </w:p>
    <w:p w14:paraId="247A569B" w14:textId="77777777" w:rsidR="00420557" w:rsidRPr="00420557" w:rsidRDefault="00420557" w:rsidP="00420557">
      <w:pPr>
        <w:pStyle w:val="Corpotesto"/>
        <w:spacing w:after="0" w:line="240" w:lineRule="auto"/>
        <w:ind w:right="17"/>
        <w:jc w:val="both"/>
        <w:rPr>
          <w:rFonts w:cs="Arial"/>
          <w:sz w:val="22"/>
          <w:lang w:val="it-IT"/>
        </w:rPr>
      </w:pPr>
      <w:r w:rsidRPr="00420557">
        <w:rPr>
          <w:rFonts w:cs="Arial"/>
          <w:sz w:val="22"/>
          <w:lang w:val="it-IT"/>
        </w:rPr>
        <w:t>e) di aver letto e accettato le condizioni dell’indagine, compreso il limite di cinque invitati e i criteri di selezione in caso di più candidature idonee;</w:t>
      </w:r>
    </w:p>
    <w:p w14:paraId="04593C92" w14:textId="77777777" w:rsidR="00420557" w:rsidRPr="00420557" w:rsidRDefault="00420557" w:rsidP="00420557">
      <w:pPr>
        <w:pStyle w:val="Corpotesto"/>
        <w:spacing w:after="0" w:line="240" w:lineRule="auto"/>
        <w:ind w:right="17"/>
        <w:jc w:val="both"/>
        <w:rPr>
          <w:rFonts w:cs="Arial"/>
          <w:sz w:val="22"/>
          <w:lang w:val="it-IT"/>
        </w:rPr>
      </w:pPr>
      <w:r w:rsidRPr="00420557">
        <w:rPr>
          <w:rFonts w:cs="Arial"/>
          <w:sz w:val="22"/>
          <w:lang w:val="it-IT"/>
        </w:rPr>
        <w:t>f) che gli interventi riportati al punto 4 sono ultimati e regolarmente eseguiti nel periodo indicato dall’avviso; le lavorazioni sono pertinenti alla definizione di analogia del punto 8; gli importi si riferiscono alle sole lavorazioni effettivamente eseguite dal soggetto indicato, al netto dell’IVA e senza duplicazioni; tutti i dati dichiarati sono documentabili;</w:t>
      </w:r>
    </w:p>
    <w:p w14:paraId="6E7572B8" w14:textId="77777777" w:rsidR="00420557" w:rsidRPr="00420557" w:rsidRDefault="00420557" w:rsidP="00420557">
      <w:pPr>
        <w:pStyle w:val="Corpotesto"/>
        <w:spacing w:after="0" w:line="240" w:lineRule="auto"/>
        <w:ind w:right="17"/>
        <w:jc w:val="both"/>
        <w:rPr>
          <w:rFonts w:cs="Arial"/>
          <w:sz w:val="22"/>
          <w:lang w:val="it-IT"/>
        </w:rPr>
      </w:pPr>
      <w:r w:rsidRPr="00420557">
        <w:rPr>
          <w:rFonts w:cs="Arial"/>
          <w:sz w:val="22"/>
          <w:lang w:val="it-IT"/>
        </w:rPr>
        <w:t>g) gli eventuali precedenti affidamenti di Terni Reti pertinenti alla verifica della rotazione [oggetto, importo e data oppure nessuno];</w:t>
      </w:r>
    </w:p>
    <w:p w14:paraId="2ABEFA33" w14:textId="77777777" w:rsidR="00420557" w:rsidRDefault="00420557" w:rsidP="00420557">
      <w:pPr>
        <w:pStyle w:val="Corpotesto"/>
        <w:spacing w:after="0" w:line="240" w:lineRule="auto"/>
        <w:ind w:right="17"/>
        <w:jc w:val="both"/>
        <w:rPr>
          <w:rFonts w:cs="Arial"/>
          <w:sz w:val="22"/>
          <w:lang w:val="it-IT"/>
        </w:rPr>
      </w:pPr>
      <w:r w:rsidRPr="00420557">
        <w:rPr>
          <w:rFonts w:cs="Arial"/>
          <w:sz w:val="22"/>
          <w:lang w:val="it-IT"/>
        </w:rPr>
        <w:lastRenderedPageBreak/>
        <w:t>h) di essere informato sul trattamento dei dati secondo l’informativa pubblicata e di utilizzare per le comunicazioni i recapiti sopra indicati.</w:t>
      </w:r>
    </w:p>
    <w:p w14:paraId="0387C2B8" w14:textId="77777777" w:rsidR="00420557" w:rsidRDefault="00420557" w:rsidP="00420557">
      <w:pPr>
        <w:pStyle w:val="Corpotesto"/>
        <w:spacing w:after="0" w:line="240" w:lineRule="auto"/>
        <w:ind w:right="17"/>
        <w:jc w:val="both"/>
        <w:rPr>
          <w:rFonts w:cs="Arial"/>
          <w:sz w:val="22"/>
          <w:lang w:val="it-IT"/>
        </w:rPr>
      </w:pPr>
    </w:p>
    <w:p w14:paraId="26752956" w14:textId="77777777" w:rsidR="00420557" w:rsidRPr="00420557" w:rsidRDefault="00420557" w:rsidP="00420557">
      <w:pPr>
        <w:pStyle w:val="Corpotesto"/>
        <w:spacing w:after="0" w:line="240" w:lineRule="auto"/>
        <w:ind w:right="17"/>
        <w:jc w:val="both"/>
        <w:rPr>
          <w:rFonts w:cs="Arial"/>
          <w:sz w:val="22"/>
          <w:lang w:val="it-IT"/>
        </w:rPr>
      </w:pPr>
      <w:r w:rsidRPr="00420557">
        <w:rPr>
          <w:rFonts w:cs="Arial"/>
          <w:b/>
          <w:bCs/>
          <w:sz w:val="22"/>
          <w:lang w:val="it-IT"/>
        </w:rPr>
        <w:t>3 Modalità prevista per la progettazione</w:t>
      </w:r>
    </w:p>
    <w:p w14:paraId="0A0D02BD" w14:textId="7CEE3C5F" w:rsidR="00F0531F" w:rsidRDefault="00F0531F" w:rsidP="00F0531F">
      <w:pPr>
        <w:pStyle w:val="Corpotesto"/>
        <w:spacing w:after="0"/>
        <w:ind w:right="17"/>
        <w:jc w:val="both"/>
        <w:rPr>
          <w:rFonts w:cs="Arial"/>
          <w:sz w:val="22"/>
          <w:lang w:val="it-IT"/>
        </w:rPr>
      </w:pPr>
      <w:r w:rsidRPr="00836434">
        <w:rPr>
          <w:rFonts w:cs="Arial"/>
          <w:sz w:val="22"/>
          <w:lang w:val="it-IT"/>
        </w:rPr>
        <w:t xml:space="preserve">L’operatore economico si impegna ad assicurare la progettazione esecutiva mediante ……. </w:t>
      </w:r>
      <w:r w:rsidR="00CE0F8B" w:rsidRPr="00836434">
        <w:rPr>
          <w:rFonts w:cs="Arial"/>
          <w:sz w:val="22"/>
          <w:lang w:val="it-IT"/>
        </w:rPr>
        <w:t>(indicare: propria struttura tecnica qualificata e/o progettisti qualificati indicati o progettisti qualificati riuniti con l’esecutore).</w:t>
      </w:r>
    </w:p>
    <w:p w14:paraId="5E16619E" w14:textId="77777777" w:rsidR="00836434" w:rsidRPr="00836434" w:rsidRDefault="00836434" w:rsidP="00F0531F">
      <w:pPr>
        <w:pStyle w:val="Corpotesto"/>
        <w:spacing w:after="0"/>
        <w:ind w:right="17"/>
        <w:jc w:val="both"/>
        <w:rPr>
          <w:rFonts w:cs="Arial"/>
          <w:sz w:val="22"/>
          <w:lang w:val="it-IT"/>
        </w:rPr>
      </w:pPr>
    </w:p>
    <w:p w14:paraId="302EC29C" w14:textId="619FF343" w:rsidR="00F0531F" w:rsidRPr="00F0531F" w:rsidRDefault="00F0531F" w:rsidP="00F0531F">
      <w:pPr>
        <w:pStyle w:val="Corpotesto"/>
        <w:spacing w:after="0"/>
        <w:ind w:right="17"/>
        <w:jc w:val="both"/>
        <w:rPr>
          <w:rFonts w:cs="Arial"/>
          <w:sz w:val="22"/>
          <w:lang w:val="it-IT"/>
        </w:rPr>
      </w:pPr>
      <w:r w:rsidRPr="00836434">
        <w:rPr>
          <w:rFonts w:cs="Arial"/>
          <w:sz w:val="22"/>
          <w:lang w:val="it-IT"/>
        </w:rPr>
        <w:t>L’operatore economico si impegna, altresì ad assicurare che i soggetti incaricati della progettazione possiedano i requisiti professionali, tecnici ed economico-finanziari previsti al punto 6 dell’Avviso e a documentarne il possesso nella successiva procedura, secondo quanto richiesto dalla lettera di invito.</w:t>
      </w:r>
      <w:r w:rsidR="00CE0F8B">
        <w:rPr>
          <w:rFonts w:cs="Arial"/>
          <w:sz w:val="22"/>
          <w:lang w:val="it-IT"/>
        </w:rPr>
        <w:t xml:space="preserve"> </w:t>
      </w:r>
    </w:p>
    <w:p w14:paraId="31AAB30E" w14:textId="77777777" w:rsidR="00420557" w:rsidRPr="00420557" w:rsidRDefault="00420557" w:rsidP="00420557">
      <w:pPr>
        <w:pStyle w:val="Corpotesto"/>
        <w:spacing w:after="0" w:line="240" w:lineRule="auto"/>
        <w:ind w:right="17"/>
        <w:jc w:val="both"/>
        <w:rPr>
          <w:rFonts w:cs="Arial"/>
          <w:sz w:val="22"/>
          <w:lang w:val="it-IT"/>
        </w:rPr>
      </w:pPr>
    </w:p>
    <w:p w14:paraId="3955B149" w14:textId="77777777" w:rsidR="00420557" w:rsidRPr="00420557" w:rsidRDefault="00420557" w:rsidP="00420557">
      <w:pPr>
        <w:pStyle w:val="Corpotesto"/>
        <w:spacing w:after="0" w:line="240" w:lineRule="auto"/>
        <w:ind w:right="17"/>
        <w:jc w:val="both"/>
        <w:rPr>
          <w:rFonts w:cs="Arial"/>
          <w:b/>
          <w:bCs/>
          <w:sz w:val="22"/>
          <w:lang w:val="it-IT"/>
        </w:rPr>
      </w:pPr>
      <w:r w:rsidRPr="00420557">
        <w:rPr>
          <w:rFonts w:cs="Arial"/>
          <w:b/>
          <w:bCs/>
          <w:sz w:val="22"/>
          <w:lang w:val="it-IT"/>
        </w:rPr>
        <w:t>4 Lavori analoghi per l’eventuale selezione</w:t>
      </w:r>
    </w:p>
    <w:p w14:paraId="277F2140" w14:textId="77777777" w:rsidR="00420557" w:rsidRPr="00420557" w:rsidRDefault="00420557" w:rsidP="00420557">
      <w:pPr>
        <w:pStyle w:val="Corpotesto"/>
        <w:spacing w:after="0" w:line="240" w:lineRule="auto"/>
        <w:ind w:right="17"/>
        <w:jc w:val="both"/>
        <w:rPr>
          <w:rFonts w:cs="Arial"/>
          <w:sz w:val="22"/>
          <w:lang w:val="it-IT"/>
        </w:rPr>
      </w:pPr>
      <w:r w:rsidRPr="00420557">
        <w:rPr>
          <w:rFonts w:cs="Arial"/>
          <w:sz w:val="22"/>
          <w:lang w:val="it-IT"/>
        </w:rPr>
        <w:t>Compilare al massimo cinque schede. Sono considerati soltanto i lavori con caratteristiche e periodo indicati al punto 8 dell’avviso. Le prestazioni di sola progettazione e le forniture senza le lavorazioni pertinenti non vanno conteggiate come lavori analoghi. I dati servono alla selezione, senza introdurre un numero minimo aggiuntivo rispetto alla SOA.</w:t>
      </w:r>
    </w:p>
    <w:p w14:paraId="22798150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p w14:paraId="4EEC8ACB" w14:textId="77777777" w:rsidR="00DF1D4B" w:rsidRPr="00652EE4" w:rsidRDefault="001578CC" w:rsidP="00652EE4">
      <w:pPr>
        <w:pStyle w:val="Titolo2"/>
        <w:spacing w:before="0" w:after="0" w:line="240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652EE4">
        <w:rPr>
          <w:rFonts w:ascii="Arial" w:hAnsi="Arial" w:cs="Arial"/>
          <w:sz w:val="22"/>
          <w:szCs w:val="22"/>
          <w:lang w:val="it-IT"/>
        </w:rPr>
        <w:t>Intervento 1</w:t>
      </w:r>
    </w:p>
    <w:p w14:paraId="23E14D24" w14:textId="075BA719" w:rsidR="00652EE4" w:rsidRPr="00652EE4" w:rsidRDefault="001578CC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Committente pubblico o privato e recapito per il riscontro</w:t>
      </w:r>
      <w:r w:rsidR="00652EE4" w:rsidRPr="00652EE4">
        <w:rPr>
          <w:rFonts w:cs="Arial"/>
          <w:sz w:val="22"/>
          <w:lang w:val="it-IT"/>
        </w:rPr>
        <w:t xml:space="preserve"> ……</w:t>
      </w:r>
      <w:r w:rsidRPr="00652EE4">
        <w:rPr>
          <w:rFonts w:cs="Arial"/>
          <w:sz w:val="22"/>
          <w:lang w:val="it-IT"/>
        </w:rPr>
        <w:t>.</w:t>
      </w:r>
      <w:r w:rsidR="00652EE4" w:rsidRPr="00652EE4">
        <w:rPr>
          <w:rFonts w:cs="Arial"/>
          <w:sz w:val="22"/>
          <w:lang w:val="it-IT"/>
        </w:rPr>
        <w:t xml:space="preserve"> </w:t>
      </w:r>
    </w:p>
    <w:p w14:paraId="2039B0CA" w14:textId="682F5B4D" w:rsidR="00652EE4" w:rsidRPr="00652EE4" w:rsidRDefault="001578CC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 xml:space="preserve">Oggetto, luogo e identificativo del contratto </w:t>
      </w:r>
      <w:r w:rsidR="00652EE4" w:rsidRPr="00652EE4">
        <w:rPr>
          <w:rFonts w:cs="Arial"/>
          <w:sz w:val="22"/>
          <w:lang w:val="it-IT"/>
        </w:rPr>
        <w:t>……</w:t>
      </w:r>
      <w:r w:rsidRPr="00652EE4">
        <w:rPr>
          <w:rFonts w:cs="Arial"/>
          <w:sz w:val="22"/>
          <w:lang w:val="it-IT"/>
        </w:rPr>
        <w:t>].</w:t>
      </w:r>
    </w:p>
    <w:p w14:paraId="053F32D2" w14:textId="33F314C3" w:rsidR="00652EE4" w:rsidRPr="00652EE4" w:rsidRDefault="001578CC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 xml:space="preserve">Lavorazioni pertinenti effettivamente eseguite </w:t>
      </w:r>
      <w:r w:rsidR="00652EE4" w:rsidRPr="00652EE4">
        <w:rPr>
          <w:rFonts w:cs="Arial"/>
          <w:sz w:val="22"/>
          <w:lang w:val="it-IT"/>
        </w:rPr>
        <w:t>(</w:t>
      </w:r>
      <w:r w:rsidRPr="00652EE4">
        <w:rPr>
          <w:rFonts w:cs="Arial"/>
          <w:sz w:val="22"/>
          <w:lang w:val="it-IT"/>
        </w:rPr>
        <w:t>descrizione</w:t>
      </w:r>
      <w:r w:rsidR="00652EE4" w:rsidRPr="00652EE4">
        <w:rPr>
          <w:rFonts w:cs="Arial"/>
          <w:sz w:val="22"/>
          <w:lang w:val="it-IT"/>
        </w:rPr>
        <w:t>)</w:t>
      </w:r>
      <w:r w:rsidRPr="00652EE4">
        <w:rPr>
          <w:rFonts w:cs="Arial"/>
          <w:sz w:val="22"/>
          <w:lang w:val="it-IT"/>
        </w:rPr>
        <w:t>.</w:t>
      </w:r>
    </w:p>
    <w:p w14:paraId="1FCCACBB" w14:textId="7D398EB6" w:rsidR="00652EE4" w:rsidRPr="00652EE4" w:rsidRDefault="001578CC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 xml:space="preserve">Data inizio e data ultimazione </w:t>
      </w:r>
      <w:r w:rsidR="00652EE4" w:rsidRPr="00652EE4">
        <w:rPr>
          <w:rFonts w:cs="Arial"/>
          <w:sz w:val="22"/>
          <w:lang w:val="it-IT"/>
        </w:rPr>
        <w:t>…………..</w:t>
      </w:r>
      <w:r w:rsidRPr="00652EE4">
        <w:rPr>
          <w:rFonts w:cs="Arial"/>
          <w:sz w:val="22"/>
          <w:lang w:val="it-IT"/>
        </w:rPr>
        <w:t>.</w:t>
      </w:r>
    </w:p>
    <w:p w14:paraId="2AAD7945" w14:textId="7F225DAA" w:rsidR="00652EE4" w:rsidRPr="00652EE4" w:rsidRDefault="001578CC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Importo delle lavorazioni pertinenti eseguite dal soggetto che le dichiara, al netto IVA: €</w:t>
      </w:r>
      <w:r w:rsidR="00652EE4" w:rsidRPr="00652EE4">
        <w:rPr>
          <w:rFonts w:cs="Arial"/>
          <w:sz w:val="22"/>
          <w:lang w:val="it-IT"/>
        </w:rPr>
        <w:t>…..</w:t>
      </w:r>
      <w:r w:rsidRPr="00652EE4">
        <w:rPr>
          <w:rFonts w:cs="Arial"/>
          <w:sz w:val="22"/>
          <w:lang w:val="it-IT"/>
        </w:rPr>
        <w:t>.</w:t>
      </w:r>
      <w:r w:rsidRPr="00652EE4">
        <w:rPr>
          <w:rFonts w:cs="Arial"/>
          <w:sz w:val="22"/>
          <w:lang w:val="it-IT"/>
        </w:rPr>
        <w:br/>
        <w:t xml:space="preserve">Ruolo e quota effettivamente eseguita </w:t>
      </w:r>
      <w:r w:rsidR="00652EE4" w:rsidRPr="00652EE4">
        <w:rPr>
          <w:rFonts w:cs="Arial"/>
          <w:sz w:val="22"/>
          <w:lang w:val="it-IT"/>
        </w:rPr>
        <w:t>(</w:t>
      </w:r>
      <w:r w:rsidRPr="00652EE4">
        <w:rPr>
          <w:rFonts w:cs="Arial"/>
          <w:sz w:val="22"/>
          <w:lang w:val="it-IT"/>
        </w:rPr>
        <w:t>impresa singola/mandante/mandataria/subappaltatore;</w:t>
      </w:r>
      <w:r w:rsidR="00652EE4" w:rsidRPr="00652EE4">
        <w:rPr>
          <w:rFonts w:cs="Arial"/>
          <w:sz w:val="22"/>
          <w:lang w:val="it-IT"/>
        </w:rPr>
        <w:t xml:space="preserve"> </w:t>
      </w:r>
      <w:r w:rsidRPr="00652EE4">
        <w:rPr>
          <w:rFonts w:cs="Arial"/>
          <w:sz w:val="22"/>
          <w:lang w:val="it-IT"/>
        </w:rPr>
        <w:t>quota e soggetto</w:t>
      </w:r>
      <w:r w:rsidR="00652EE4" w:rsidRPr="00652EE4">
        <w:rPr>
          <w:rFonts w:cs="Arial"/>
          <w:sz w:val="22"/>
          <w:lang w:val="it-IT"/>
        </w:rPr>
        <w:t>)</w:t>
      </w:r>
      <w:r w:rsidRPr="00652EE4">
        <w:rPr>
          <w:rFonts w:cs="Arial"/>
          <w:sz w:val="22"/>
          <w:lang w:val="it-IT"/>
        </w:rPr>
        <w:t>.</w:t>
      </w:r>
      <w:r w:rsidR="00652EE4" w:rsidRPr="00652EE4">
        <w:rPr>
          <w:rFonts w:cs="Arial"/>
          <w:sz w:val="22"/>
          <w:lang w:val="it-IT"/>
        </w:rPr>
        <w:t xml:space="preserve"> </w:t>
      </w:r>
    </w:p>
    <w:p w14:paraId="63957E5D" w14:textId="05114C1A" w:rsidR="00DF1D4B" w:rsidRPr="00652EE4" w:rsidRDefault="001578CC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 xml:space="preserve">Documenti di comprova disponibili </w:t>
      </w:r>
      <w:r w:rsidR="00652EE4" w:rsidRPr="00652EE4">
        <w:rPr>
          <w:rFonts w:cs="Arial"/>
          <w:sz w:val="22"/>
          <w:lang w:val="it-IT"/>
        </w:rPr>
        <w:t>(</w:t>
      </w:r>
      <w:r w:rsidRPr="00652EE4">
        <w:rPr>
          <w:rFonts w:cs="Arial"/>
          <w:sz w:val="22"/>
          <w:lang w:val="it-IT"/>
        </w:rPr>
        <w:t>certificato di regolare esecuzione/attestazione del committente/documenti equivalenti idonei e relativi estremi</w:t>
      </w:r>
      <w:r w:rsidR="00652EE4" w:rsidRPr="00652EE4">
        <w:rPr>
          <w:rFonts w:cs="Arial"/>
          <w:sz w:val="22"/>
          <w:lang w:val="it-IT"/>
        </w:rPr>
        <w:t>)</w:t>
      </w:r>
      <w:r w:rsidRPr="00652EE4">
        <w:rPr>
          <w:rFonts w:cs="Arial"/>
          <w:sz w:val="22"/>
          <w:lang w:val="it-IT"/>
        </w:rPr>
        <w:t>.</w:t>
      </w:r>
    </w:p>
    <w:p w14:paraId="724C450B" w14:textId="77777777" w:rsidR="00652EE4" w:rsidRPr="00652EE4" w:rsidRDefault="00652EE4" w:rsidP="00652EE4">
      <w:pPr>
        <w:pStyle w:val="Titolo2"/>
        <w:spacing w:before="0" w:after="0" w:line="240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791D8FD9" w14:textId="185E3CB9" w:rsidR="00DF1D4B" w:rsidRPr="00652EE4" w:rsidRDefault="001578CC" w:rsidP="00652EE4">
      <w:pPr>
        <w:pStyle w:val="Titolo2"/>
        <w:spacing w:before="0" w:after="0" w:line="240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652EE4">
        <w:rPr>
          <w:rFonts w:ascii="Arial" w:hAnsi="Arial" w:cs="Arial"/>
          <w:sz w:val="22"/>
          <w:szCs w:val="22"/>
          <w:lang w:val="it-IT"/>
        </w:rPr>
        <w:t>Intervento 2</w:t>
      </w:r>
    </w:p>
    <w:p w14:paraId="682DDC6E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 xml:space="preserve">Committente pubblico o privato e recapito per il riscontro ……. </w:t>
      </w:r>
    </w:p>
    <w:p w14:paraId="426E6025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Oggetto, luogo e identificativo del contratto ……].</w:t>
      </w:r>
    </w:p>
    <w:p w14:paraId="1F6B52C5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Lavorazioni pertinenti effettivamente eseguite (descrizione).</w:t>
      </w:r>
    </w:p>
    <w:p w14:paraId="7353158C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Data inizio e data ultimazione …………...</w:t>
      </w:r>
    </w:p>
    <w:p w14:paraId="556E8EB9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Importo delle lavorazioni pertinenti eseguite dal soggetto che le dichiara, al netto IVA: €…...</w:t>
      </w:r>
      <w:r w:rsidRPr="00652EE4">
        <w:rPr>
          <w:rFonts w:cs="Arial"/>
          <w:sz w:val="22"/>
          <w:lang w:val="it-IT"/>
        </w:rPr>
        <w:br/>
        <w:t xml:space="preserve">Ruolo e quota effettivamente eseguita (impresa singola/mandante/mandataria/subappaltatore; quota e soggetto). </w:t>
      </w:r>
    </w:p>
    <w:p w14:paraId="0D663A95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Documenti di comprova disponibili (certificato di regolare esecuzione/attestazione del committente/documenti equivalenti idonei e relativi estremi).</w:t>
      </w:r>
    </w:p>
    <w:p w14:paraId="6FA96DB5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p w14:paraId="5446AF3F" w14:textId="77777777" w:rsidR="00DF1D4B" w:rsidRPr="00652EE4" w:rsidRDefault="001578CC" w:rsidP="00652EE4">
      <w:pPr>
        <w:pStyle w:val="Titolo2"/>
        <w:spacing w:before="0" w:after="0" w:line="240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652EE4">
        <w:rPr>
          <w:rFonts w:ascii="Arial" w:hAnsi="Arial" w:cs="Arial"/>
          <w:sz w:val="22"/>
          <w:szCs w:val="22"/>
          <w:lang w:val="it-IT"/>
        </w:rPr>
        <w:t>Intervento 3</w:t>
      </w:r>
    </w:p>
    <w:p w14:paraId="1C47B986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 xml:space="preserve">Committente pubblico o privato e recapito per il riscontro ……. </w:t>
      </w:r>
    </w:p>
    <w:p w14:paraId="06A50BC5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Oggetto, luogo e identificativo del contratto ……].</w:t>
      </w:r>
    </w:p>
    <w:p w14:paraId="04C13FFD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Lavorazioni pertinenti effettivamente eseguite (descrizione).</w:t>
      </w:r>
    </w:p>
    <w:p w14:paraId="04C081F7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Data inizio e data ultimazione …………...</w:t>
      </w:r>
    </w:p>
    <w:p w14:paraId="684684EB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Importo delle lavorazioni pertinenti eseguite dal soggetto che le dichiara, al netto IVA: €…...</w:t>
      </w:r>
      <w:r w:rsidRPr="00652EE4">
        <w:rPr>
          <w:rFonts w:cs="Arial"/>
          <w:sz w:val="22"/>
          <w:lang w:val="it-IT"/>
        </w:rPr>
        <w:br/>
        <w:t xml:space="preserve">Ruolo e quota effettivamente eseguita (impresa singola/mandante/mandataria/subappaltatore; quota e soggetto). </w:t>
      </w:r>
    </w:p>
    <w:p w14:paraId="7466214E" w14:textId="77777777" w:rsid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Documenti di comprova disponibili (certificato di regolare esecuzione/attestazione del committente/documenti equivalenti idonei e relativi estremi).</w:t>
      </w:r>
    </w:p>
    <w:p w14:paraId="08FCD0AC" w14:textId="77777777" w:rsidR="00420557" w:rsidRPr="00652EE4" w:rsidRDefault="00420557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p w14:paraId="2C6BC031" w14:textId="77777777" w:rsidR="00DF1D4B" w:rsidRPr="00652EE4" w:rsidRDefault="001578CC" w:rsidP="00652EE4">
      <w:pPr>
        <w:pStyle w:val="Titolo2"/>
        <w:spacing w:before="0" w:after="0" w:line="240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652EE4">
        <w:rPr>
          <w:rFonts w:ascii="Arial" w:hAnsi="Arial" w:cs="Arial"/>
          <w:sz w:val="22"/>
          <w:szCs w:val="22"/>
          <w:lang w:val="it-IT"/>
        </w:rPr>
        <w:t>Intervento 4</w:t>
      </w:r>
    </w:p>
    <w:p w14:paraId="17F6FBAD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 xml:space="preserve">Committente pubblico o privato e recapito per il riscontro ……. </w:t>
      </w:r>
    </w:p>
    <w:p w14:paraId="7921D218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Oggetto, luogo e identificativo del contratto ……].</w:t>
      </w:r>
    </w:p>
    <w:p w14:paraId="2185D00B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Lavorazioni pertinenti effettivamente eseguite (descrizione).</w:t>
      </w:r>
    </w:p>
    <w:p w14:paraId="258AEA13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Data inizio e data ultimazione …………...</w:t>
      </w:r>
    </w:p>
    <w:p w14:paraId="5D429798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Importo delle lavorazioni pertinenti eseguite dal soggetto che le dichiara, al netto IVA: €…...</w:t>
      </w:r>
      <w:r w:rsidRPr="00652EE4">
        <w:rPr>
          <w:rFonts w:cs="Arial"/>
          <w:sz w:val="22"/>
          <w:lang w:val="it-IT"/>
        </w:rPr>
        <w:br/>
        <w:t xml:space="preserve">Ruolo e quota effettivamente eseguita (impresa singola/mandante/mandataria/subappaltatore; quota e soggetto). </w:t>
      </w:r>
    </w:p>
    <w:p w14:paraId="5EBE8100" w14:textId="77777777" w:rsid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Documenti di comprova disponibili (certificato di regolare esecuzione/attestazione del committente/documenti equivalenti idonei e relativi estremi).</w:t>
      </w:r>
    </w:p>
    <w:p w14:paraId="12DA8C69" w14:textId="77777777" w:rsidR="00420557" w:rsidRPr="00652EE4" w:rsidRDefault="00420557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p w14:paraId="1DB376E8" w14:textId="77777777" w:rsidR="00DF1D4B" w:rsidRPr="00652EE4" w:rsidRDefault="001578CC" w:rsidP="00652EE4">
      <w:pPr>
        <w:pStyle w:val="Titolo2"/>
        <w:spacing w:before="0" w:after="0" w:line="240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652EE4">
        <w:rPr>
          <w:rFonts w:ascii="Arial" w:hAnsi="Arial" w:cs="Arial"/>
          <w:sz w:val="22"/>
          <w:szCs w:val="22"/>
          <w:lang w:val="it-IT"/>
        </w:rPr>
        <w:t>Intervento 5</w:t>
      </w:r>
    </w:p>
    <w:p w14:paraId="408298AF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 xml:space="preserve">Committente pubblico o privato e recapito per il riscontro ……. </w:t>
      </w:r>
    </w:p>
    <w:p w14:paraId="6D283EE6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Oggetto, luogo e identificativo del contratto ……].</w:t>
      </w:r>
    </w:p>
    <w:p w14:paraId="3C01E8C7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Lavorazioni pertinenti effettivamente eseguite (descrizione).</w:t>
      </w:r>
    </w:p>
    <w:p w14:paraId="304BF170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Data inizio e data ultimazione …………...</w:t>
      </w:r>
    </w:p>
    <w:p w14:paraId="6C7A12AD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Importo delle lavorazioni pertinenti eseguite dal soggetto che le dichiara, al netto IVA: €…...</w:t>
      </w:r>
      <w:r w:rsidRPr="00652EE4">
        <w:rPr>
          <w:rFonts w:cs="Arial"/>
          <w:sz w:val="22"/>
          <w:lang w:val="it-IT"/>
        </w:rPr>
        <w:br/>
        <w:t xml:space="preserve">Ruolo e quota effettivamente eseguita (impresa singola/mandante/mandataria/subappaltatore; quota e soggetto). </w:t>
      </w:r>
    </w:p>
    <w:p w14:paraId="222B7182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Documenti di comprova disponibili (certificato di regolare esecuzione/attestazione del committente/documenti equivalenti idonei e relativi estremi).</w:t>
      </w:r>
    </w:p>
    <w:p w14:paraId="280BDE2E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p w14:paraId="305E2496" w14:textId="3555DDF0" w:rsidR="00652EE4" w:rsidRPr="00420557" w:rsidRDefault="00420557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420557">
        <w:rPr>
          <w:rFonts w:cs="Arial"/>
          <w:sz w:val="22"/>
          <w:lang w:val="it-IT"/>
        </w:rPr>
        <w:t>Ai fini della selezione dei cinque invitati, il sottoscritto dichiara, ai sensi degli articoli 46 e 47 del D.P.R. 445/2000, che il riepilogo dei dati contenuti nelle schede è il seguente:</w:t>
      </w:r>
    </w:p>
    <w:p w14:paraId="146C484F" w14:textId="13744099" w:rsidR="00DF1D4B" w:rsidRPr="00420557" w:rsidRDefault="001578CC" w:rsidP="00420557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cs="Arial"/>
          <w:sz w:val="22"/>
          <w:lang w:val="it-IT"/>
        </w:rPr>
      </w:pPr>
      <w:r w:rsidRPr="00420557">
        <w:rPr>
          <w:rFonts w:cs="Arial"/>
          <w:sz w:val="22"/>
          <w:lang w:val="it-IT"/>
        </w:rPr>
        <w:t xml:space="preserve">Numero degli interventi analoghi dichiarati: </w:t>
      </w:r>
      <w:r w:rsidR="00652EE4" w:rsidRPr="00420557">
        <w:rPr>
          <w:rFonts w:cs="Arial"/>
          <w:sz w:val="22"/>
          <w:lang w:val="it-IT"/>
        </w:rPr>
        <w:t>numero …..</w:t>
      </w:r>
    </w:p>
    <w:p w14:paraId="191EB134" w14:textId="02B4CB71" w:rsidR="00DF1D4B" w:rsidRPr="00420557" w:rsidRDefault="001578CC" w:rsidP="00420557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cs="Arial"/>
          <w:sz w:val="22"/>
          <w:lang w:val="it-IT"/>
        </w:rPr>
      </w:pPr>
      <w:r w:rsidRPr="00420557">
        <w:rPr>
          <w:rFonts w:cs="Arial"/>
          <w:sz w:val="22"/>
          <w:lang w:val="it-IT"/>
        </w:rPr>
        <w:t xml:space="preserve">Importo complessivo delle lavorazioni analoghe dichiarate, al netto dell’IVA: € </w:t>
      </w:r>
      <w:r w:rsidR="00652EE4" w:rsidRPr="00420557">
        <w:rPr>
          <w:rFonts w:cs="Arial"/>
          <w:sz w:val="22"/>
          <w:lang w:val="it-IT"/>
        </w:rPr>
        <w:t>(</w:t>
      </w:r>
      <w:r w:rsidRPr="00420557">
        <w:rPr>
          <w:rFonts w:cs="Arial"/>
          <w:sz w:val="22"/>
          <w:lang w:val="it-IT"/>
        </w:rPr>
        <w:t>somma degli importi delle schede</w:t>
      </w:r>
      <w:r w:rsidR="00652EE4" w:rsidRPr="00420557">
        <w:rPr>
          <w:rFonts w:cs="Arial"/>
          <w:sz w:val="22"/>
          <w:lang w:val="it-IT"/>
        </w:rPr>
        <w:t>)</w:t>
      </w:r>
      <w:r w:rsidRPr="00420557">
        <w:rPr>
          <w:rFonts w:cs="Arial"/>
          <w:sz w:val="22"/>
          <w:lang w:val="it-IT"/>
        </w:rPr>
        <w:t>.</w:t>
      </w:r>
    </w:p>
    <w:p w14:paraId="68C65518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p w14:paraId="6F794AA0" w14:textId="71BE1E3F" w:rsidR="00DF1D4B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>
        <w:rPr>
          <w:rFonts w:cs="Arial"/>
          <w:sz w:val="22"/>
          <w:lang w:val="it-IT"/>
        </w:rPr>
        <w:t>Indicare espressamente l’e</w:t>
      </w:r>
      <w:r w:rsidR="001578CC" w:rsidRPr="00652EE4">
        <w:rPr>
          <w:rFonts w:cs="Arial"/>
          <w:sz w:val="22"/>
          <w:lang w:val="it-IT"/>
        </w:rPr>
        <w:t>ventuale assenza di interventi analoghi da dichiarare</w:t>
      </w:r>
      <w:r>
        <w:rPr>
          <w:rFonts w:cs="Arial"/>
          <w:sz w:val="22"/>
          <w:lang w:val="it-IT"/>
        </w:rPr>
        <w:t xml:space="preserve"> (</w:t>
      </w:r>
      <w:r w:rsidR="001578CC" w:rsidRPr="00652EE4">
        <w:rPr>
          <w:rFonts w:cs="Arial"/>
          <w:sz w:val="22"/>
          <w:lang w:val="it-IT"/>
        </w:rPr>
        <w:t>in tal caso numero e importi sono pari a zero</w:t>
      </w:r>
      <w:r w:rsidRPr="00652EE4">
        <w:rPr>
          <w:rFonts w:cs="Arial"/>
          <w:sz w:val="22"/>
          <w:lang w:val="it-IT"/>
        </w:rPr>
        <w:t>)</w:t>
      </w:r>
      <w:r w:rsidR="001578CC" w:rsidRPr="00652EE4">
        <w:rPr>
          <w:rFonts w:cs="Arial"/>
          <w:sz w:val="22"/>
          <w:lang w:val="it-IT"/>
        </w:rPr>
        <w:t>.</w:t>
      </w:r>
    </w:p>
    <w:p w14:paraId="17C3657E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p w14:paraId="6E07301F" w14:textId="77777777" w:rsidR="00652EE4" w:rsidRDefault="001578CC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 xml:space="preserve">Il sottoscritto si impegna a rendere disponibili, su richiesta della stazione appaltante, i documenti idonei a comprovare quanto dichiarato. </w:t>
      </w:r>
    </w:p>
    <w:p w14:paraId="7143B868" w14:textId="77777777" w:rsidR="00817283" w:rsidRPr="00652EE4" w:rsidRDefault="00817283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p w14:paraId="2CA4527A" w14:textId="77777777" w:rsidR="00817283" w:rsidRPr="00817283" w:rsidRDefault="00817283" w:rsidP="00817283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817283">
        <w:rPr>
          <w:rFonts w:cs="Arial"/>
          <w:sz w:val="22"/>
          <w:lang w:val="it-IT"/>
        </w:rPr>
        <w:t>In caso di candidatura in raggruppamento, indicare per ciascun intervento l’impresa esecutrice e l’importo delle lavorazioni da essa effettivamente eseguite, evitando duplicazioni.</w:t>
      </w:r>
    </w:p>
    <w:p w14:paraId="2FF5D014" w14:textId="65EA42FC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p w14:paraId="3A08F0B7" w14:textId="77777777" w:rsidR="00DF1D4B" w:rsidRPr="00652EE4" w:rsidRDefault="001578CC" w:rsidP="00652EE4">
      <w:pPr>
        <w:pStyle w:val="Titolo1"/>
        <w:spacing w:before="0" w:after="0" w:line="240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652EE4">
        <w:rPr>
          <w:rFonts w:ascii="Arial" w:hAnsi="Arial" w:cs="Arial"/>
          <w:sz w:val="22"/>
          <w:szCs w:val="22"/>
          <w:lang w:val="it-IT"/>
        </w:rPr>
        <w:t>5 Allegati e firma</w:t>
      </w:r>
    </w:p>
    <w:p w14:paraId="1BB02CF5" w14:textId="77777777" w:rsidR="00652EE4" w:rsidRPr="00652EE4" w:rsidRDefault="001578CC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 xml:space="preserve">Allegati: copia della SOA; eventuale procura; prospetto delle forme associate, se necessario; documenti di comprova dei lavori analoghi [elenco]; ulteriori dichiarazioni dei soggetti partecipanti ove pertinenti. </w:t>
      </w:r>
    </w:p>
    <w:p w14:paraId="04076EC1" w14:textId="043C630A" w:rsidR="00DF1D4B" w:rsidRPr="00652EE4" w:rsidRDefault="001578CC" w:rsidP="00652EE4">
      <w:pPr>
        <w:spacing w:after="0" w:line="240" w:lineRule="auto"/>
        <w:jc w:val="both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Eventuali documenti già allegati non devono essere duplicati.</w:t>
      </w:r>
    </w:p>
    <w:p w14:paraId="78074B61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p w14:paraId="1FAA2782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p w14:paraId="519CF9BA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p w14:paraId="41DCF60D" w14:textId="77777777" w:rsidR="00652EE4" w:rsidRPr="00652EE4" w:rsidRDefault="00652EE4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p w14:paraId="314E9130" w14:textId="77777777" w:rsidR="00652EE4" w:rsidRPr="00652EE4" w:rsidRDefault="00652EE4" w:rsidP="00652EE4">
      <w:pPr>
        <w:spacing w:after="0" w:line="240" w:lineRule="auto"/>
        <w:ind w:left="113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………………………………………..</w:t>
      </w:r>
    </w:p>
    <w:p w14:paraId="2E24AB17" w14:textId="77777777" w:rsidR="00652EE4" w:rsidRPr="00652EE4" w:rsidRDefault="00652EE4" w:rsidP="00652EE4">
      <w:pPr>
        <w:pStyle w:val="Corpotesto"/>
        <w:spacing w:after="0" w:line="240" w:lineRule="auto"/>
        <w:ind w:left="958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Luogo e data</w:t>
      </w:r>
    </w:p>
    <w:p w14:paraId="4FC4643A" w14:textId="77777777" w:rsidR="00652EE4" w:rsidRPr="00652EE4" w:rsidRDefault="00652EE4" w:rsidP="00652EE4">
      <w:pPr>
        <w:spacing w:after="0" w:line="240" w:lineRule="auto"/>
        <w:ind w:left="3402" w:right="113"/>
        <w:jc w:val="center"/>
        <w:rPr>
          <w:rFonts w:cs="Arial"/>
          <w:sz w:val="22"/>
          <w:lang w:val="it-IT"/>
        </w:rPr>
      </w:pPr>
      <w:r w:rsidRPr="00652EE4">
        <w:rPr>
          <w:rFonts w:cs="Arial"/>
          <w:sz w:val="22"/>
          <w:lang w:val="it-IT"/>
        </w:rPr>
        <w:t>……………………………………........….</w:t>
      </w:r>
    </w:p>
    <w:p w14:paraId="3C45DADD" w14:textId="77777777" w:rsidR="00652EE4" w:rsidRPr="00652EE4" w:rsidRDefault="00652EE4" w:rsidP="00652EE4">
      <w:pPr>
        <w:pStyle w:val="Corpotesto"/>
        <w:spacing w:after="0" w:line="240" w:lineRule="auto"/>
        <w:ind w:left="3403" w:right="113"/>
        <w:jc w:val="center"/>
        <w:rPr>
          <w:rFonts w:cs="Arial"/>
          <w:spacing w:val="-1"/>
          <w:sz w:val="22"/>
          <w:lang w:val="it-IT"/>
        </w:rPr>
      </w:pPr>
      <w:r w:rsidRPr="00652EE4">
        <w:rPr>
          <w:rFonts w:cs="Arial"/>
          <w:spacing w:val="-1"/>
          <w:sz w:val="22"/>
          <w:lang w:val="it-IT"/>
        </w:rPr>
        <w:t>IL LEGALE RAPPRESENTANTE</w:t>
      </w:r>
    </w:p>
    <w:p w14:paraId="5EEA294C" w14:textId="77777777" w:rsidR="00652EE4" w:rsidRPr="00652EE4" w:rsidRDefault="00652EE4" w:rsidP="00652EE4">
      <w:pPr>
        <w:pStyle w:val="Corpotesto"/>
        <w:spacing w:after="0" w:line="240" w:lineRule="auto"/>
        <w:ind w:left="3403" w:right="113"/>
        <w:jc w:val="center"/>
        <w:rPr>
          <w:rFonts w:cs="Arial"/>
          <w:sz w:val="22"/>
        </w:rPr>
      </w:pPr>
      <w:r w:rsidRPr="00652EE4">
        <w:rPr>
          <w:rFonts w:cs="Arial"/>
          <w:spacing w:val="-1"/>
          <w:sz w:val="22"/>
        </w:rPr>
        <w:t>FIRMATO</w:t>
      </w:r>
      <w:r w:rsidRPr="00652EE4">
        <w:rPr>
          <w:rFonts w:cs="Arial"/>
          <w:spacing w:val="-11"/>
          <w:sz w:val="22"/>
        </w:rPr>
        <w:t xml:space="preserve"> </w:t>
      </w:r>
      <w:r w:rsidRPr="00652EE4">
        <w:rPr>
          <w:rFonts w:cs="Arial"/>
          <w:sz w:val="22"/>
        </w:rPr>
        <w:t xml:space="preserve">DIGITALMENTE </w:t>
      </w:r>
    </w:p>
    <w:p w14:paraId="2C30A686" w14:textId="546B3EA1" w:rsidR="00DF1D4B" w:rsidRPr="00652EE4" w:rsidRDefault="00DF1D4B" w:rsidP="00652EE4">
      <w:pPr>
        <w:spacing w:after="0" w:line="240" w:lineRule="auto"/>
        <w:jc w:val="both"/>
        <w:rPr>
          <w:rFonts w:cs="Arial"/>
          <w:sz w:val="22"/>
          <w:lang w:val="it-IT"/>
        </w:rPr>
      </w:pPr>
    </w:p>
    <w:sectPr w:rsidR="00DF1D4B" w:rsidRPr="00652EE4" w:rsidSect="00946481">
      <w:headerReference w:type="default" r:id="rId8"/>
      <w:footerReference w:type="default" r:id="rId9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57541" w14:textId="77777777" w:rsidR="007653CB" w:rsidRDefault="007653CB">
      <w:pPr>
        <w:spacing w:after="0" w:line="240" w:lineRule="auto"/>
      </w:pPr>
      <w:r>
        <w:separator/>
      </w:r>
    </w:p>
  </w:endnote>
  <w:endnote w:type="continuationSeparator" w:id="0">
    <w:p w14:paraId="2CDDE060" w14:textId="77777777" w:rsidR="007653CB" w:rsidRDefault="00765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Aster LT Std">
    <w:altName w:val="Cambria"/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1D111" w14:textId="77777777" w:rsidR="00DF1D4B" w:rsidRDefault="001578CC">
    <w:pPr>
      <w:pStyle w:val="Pidipagina"/>
      <w:jc w:val="right"/>
    </w:pPr>
    <w:proofErr w:type="spellStart"/>
    <w:r>
      <w:rPr>
        <w:sz w:val="18"/>
      </w:rPr>
      <w:t>Pagina</w:t>
    </w:r>
    <w:proofErr w:type="spellEnd"/>
    <w:r>
      <w:rPr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A741BB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E986F" w14:textId="77777777" w:rsidR="007653CB" w:rsidRDefault="007653CB">
      <w:pPr>
        <w:spacing w:after="0" w:line="240" w:lineRule="auto"/>
      </w:pPr>
      <w:r>
        <w:separator/>
      </w:r>
    </w:p>
  </w:footnote>
  <w:footnote w:type="continuationSeparator" w:id="0">
    <w:p w14:paraId="0DE30C01" w14:textId="77777777" w:rsidR="007653CB" w:rsidRDefault="00765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596"/>
      <w:gridCol w:w="7918"/>
    </w:tblGrid>
    <w:tr w:rsidR="00946481" w:rsidRPr="00836434" w14:paraId="4534D5AE" w14:textId="77777777" w:rsidTr="00444AA8">
      <w:tc>
        <w:tcPr>
          <w:tcW w:w="0" w:type="auto"/>
          <w:tcBorders>
            <w:top w:val="single" w:sz="4" w:space="0" w:color="BFBFBF"/>
            <w:left w:val="single" w:sz="4" w:space="0" w:color="BFBFBF"/>
            <w:bottom w:val="single" w:sz="4" w:space="0" w:color="BFBFBF"/>
          </w:tcBorders>
        </w:tcPr>
        <w:p w14:paraId="0A13B7E1" w14:textId="77777777" w:rsidR="00946481" w:rsidRDefault="00946481" w:rsidP="00946481">
          <w:pPr>
            <w:pStyle w:val="Intestazione"/>
          </w:pPr>
          <w:r>
            <w:rPr>
              <w:i/>
              <w:noProof/>
              <w:sz w:val="16"/>
              <w:szCs w:val="16"/>
              <w:lang w:val="it-IT" w:eastAsia="it-IT"/>
            </w:rPr>
            <w:drawing>
              <wp:inline distT="0" distB="0" distL="0" distR="0" wp14:anchorId="16F63E8B" wp14:editId="7FCA1529">
                <wp:extent cx="876300" cy="733425"/>
                <wp:effectExtent l="0" t="0" r="0" b="9525"/>
                <wp:docPr id="141911651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10" w:type="dxa"/>
          <w:tcBorders>
            <w:top w:val="single" w:sz="4" w:space="0" w:color="BFBFBF"/>
            <w:bottom w:val="single" w:sz="4" w:space="0" w:color="BFBFBF"/>
            <w:right w:val="single" w:sz="4" w:space="0" w:color="BFBFBF"/>
          </w:tcBorders>
        </w:tcPr>
        <w:p w14:paraId="3181DCD9" w14:textId="77777777" w:rsidR="00946481" w:rsidRPr="00DE584F" w:rsidRDefault="00946481" w:rsidP="00946481">
          <w:pPr>
            <w:suppressAutoHyphens/>
            <w:spacing w:after="0" w:line="240" w:lineRule="auto"/>
            <w:jc w:val="right"/>
            <w:rPr>
              <w:rFonts w:eastAsia="Times New Roman" w:cs="Arial"/>
              <w:bCs/>
              <w:smallCaps/>
              <w:sz w:val="16"/>
              <w:szCs w:val="16"/>
              <w:lang w:val="it-IT" w:eastAsia="it-IT"/>
            </w:rPr>
          </w:pPr>
        </w:p>
        <w:p w14:paraId="5E024DD1" w14:textId="77777777" w:rsidR="00946481" w:rsidRPr="00DE584F" w:rsidRDefault="00946481" w:rsidP="00946481">
          <w:pPr>
            <w:suppressAutoHyphens/>
            <w:spacing w:after="0" w:line="240" w:lineRule="auto"/>
            <w:jc w:val="right"/>
            <w:rPr>
              <w:rFonts w:eastAsia="Times New Roman" w:cs="Arial"/>
              <w:bCs/>
              <w:smallCaps/>
              <w:sz w:val="14"/>
              <w:szCs w:val="14"/>
              <w:lang w:val="it-IT" w:eastAsia="it-IT"/>
            </w:rPr>
          </w:pPr>
          <w:r w:rsidRPr="00DE584F">
            <w:rPr>
              <w:rFonts w:eastAsia="Times New Roman" w:cs="Arial"/>
              <w:bCs/>
              <w:smallCaps/>
              <w:sz w:val="14"/>
              <w:szCs w:val="14"/>
              <w:lang w:val="it-IT" w:eastAsia="it-IT"/>
            </w:rPr>
            <w:t>Indagine di mercato</w:t>
          </w:r>
        </w:p>
        <w:p w14:paraId="197034BA" w14:textId="77777777" w:rsidR="00946481" w:rsidRPr="00DE584F" w:rsidRDefault="00946481" w:rsidP="00946481">
          <w:pPr>
            <w:suppressAutoHyphens/>
            <w:spacing w:after="0" w:line="240" w:lineRule="auto"/>
            <w:jc w:val="right"/>
            <w:rPr>
              <w:rFonts w:eastAsia="Times New Roman" w:cs="Arial"/>
              <w:bCs/>
              <w:smallCaps/>
              <w:sz w:val="14"/>
              <w:szCs w:val="14"/>
              <w:lang w:val="it-IT" w:eastAsia="it-IT"/>
            </w:rPr>
          </w:pPr>
          <w:r w:rsidRPr="00DE584F">
            <w:rPr>
              <w:rFonts w:eastAsia="Times New Roman" w:cs="Arial"/>
              <w:bCs/>
              <w:smallCaps/>
              <w:sz w:val="14"/>
              <w:szCs w:val="14"/>
              <w:lang w:val="it-IT" w:eastAsia="it-IT"/>
            </w:rPr>
            <w:t xml:space="preserve">procedura per l’affidamento del progetto esecutivo </w:t>
          </w:r>
        </w:p>
        <w:p w14:paraId="00A38955" w14:textId="77777777" w:rsidR="00946481" w:rsidRPr="00DE584F" w:rsidRDefault="00946481" w:rsidP="00946481">
          <w:pPr>
            <w:suppressAutoHyphens/>
            <w:spacing w:after="0" w:line="240" w:lineRule="auto"/>
            <w:jc w:val="right"/>
            <w:rPr>
              <w:rFonts w:eastAsia="Times New Roman" w:cs="Arial"/>
              <w:bCs/>
              <w:smallCaps/>
              <w:sz w:val="14"/>
              <w:szCs w:val="14"/>
              <w:lang w:val="it-IT" w:eastAsia="it-IT"/>
            </w:rPr>
          </w:pPr>
          <w:r w:rsidRPr="00DE584F">
            <w:rPr>
              <w:rFonts w:eastAsia="Times New Roman" w:cs="Arial"/>
              <w:bCs/>
              <w:smallCaps/>
              <w:sz w:val="14"/>
              <w:szCs w:val="14"/>
              <w:lang w:val="it-IT" w:eastAsia="it-IT"/>
            </w:rPr>
            <w:t xml:space="preserve">e lavori di riqualificazione delle aree camper </w:t>
          </w:r>
        </w:p>
        <w:p w14:paraId="1CD8397A" w14:textId="77777777" w:rsidR="00946481" w:rsidRPr="00DE584F" w:rsidRDefault="00946481" w:rsidP="00946481">
          <w:pPr>
            <w:suppressAutoHyphens/>
            <w:spacing w:after="0" w:line="240" w:lineRule="auto"/>
            <w:jc w:val="right"/>
            <w:rPr>
              <w:rFonts w:eastAsia="Times New Roman" w:cs="Arial"/>
              <w:bCs/>
              <w:smallCaps/>
              <w:sz w:val="16"/>
              <w:szCs w:val="16"/>
              <w:lang w:val="it-IT" w:eastAsia="it-IT"/>
            </w:rPr>
          </w:pPr>
          <w:r w:rsidRPr="00DE584F">
            <w:rPr>
              <w:rFonts w:eastAsia="Times New Roman" w:cs="Arial"/>
              <w:bCs/>
              <w:smallCaps/>
              <w:sz w:val="14"/>
              <w:szCs w:val="14"/>
              <w:lang w:val="it-IT" w:eastAsia="it-IT"/>
            </w:rPr>
            <w:t>del comune di terni</w:t>
          </w:r>
        </w:p>
        <w:p w14:paraId="2E21CE9F" w14:textId="77777777" w:rsidR="00946481" w:rsidRPr="00DE584F" w:rsidRDefault="00946481" w:rsidP="00946481">
          <w:pPr>
            <w:jc w:val="center"/>
            <w:rPr>
              <w:rFonts w:cs="Arial"/>
              <w:b/>
              <w:sz w:val="18"/>
              <w:szCs w:val="16"/>
              <w:lang w:val="it-IT"/>
            </w:rPr>
          </w:pPr>
        </w:p>
        <w:p w14:paraId="62006BCF" w14:textId="77777777" w:rsidR="00946481" w:rsidRPr="00DE584F" w:rsidRDefault="00946481" w:rsidP="00946481">
          <w:pPr>
            <w:jc w:val="right"/>
            <w:rPr>
              <w:rFonts w:cs="Arial"/>
              <w:bCs/>
              <w:smallCaps/>
              <w:sz w:val="12"/>
              <w:szCs w:val="12"/>
              <w:lang w:val="it-IT"/>
            </w:rPr>
          </w:pPr>
          <w:r w:rsidRPr="00DE584F">
            <w:rPr>
              <w:rFonts w:cs="Arial"/>
              <w:b/>
              <w:sz w:val="18"/>
              <w:szCs w:val="16"/>
              <w:lang w:val="it-IT"/>
            </w:rPr>
            <w:t xml:space="preserve">pagina </w:t>
          </w:r>
          <w:r w:rsidRPr="00DE584F">
            <w:rPr>
              <w:rStyle w:val="Numeropagina"/>
              <w:rFonts w:cs="Arial"/>
              <w:szCs w:val="16"/>
            </w:rPr>
            <w:fldChar w:fldCharType="begin"/>
          </w:r>
          <w:r w:rsidRPr="00DE584F">
            <w:rPr>
              <w:rStyle w:val="Numeropagina"/>
              <w:rFonts w:cs="Arial"/>
              <w:szCs w:val="16"/>
              <w:lang w:val="it-IT"/>
            </w:rPr>
            <w:instrText xml:space="preserve"> PAGE </w:instrText>
          </w:r>
          <w:r w:rsidRPr="00DE584F">
            <w:rPr>
              <w:rStyle w:val="Numeropagina"/>
              <w:rFonts w:cs="Arial"/>
              <w:szCs w:val="16"/>
            </w:rPr>
            <w:fldChar w:fldCharType="separate"/>
          </w:r>
          <w:r w:rsidR="00A741BB">
            <w:rPr>
              <w:rStyle w:val="Numeropagina"/>
              <w:rFonts w:cs="Arial"/>
              <w:noProof/>
              <w:szCs w:val="16"/>
              <w:lang w:val="it-IT"/>
            </w:rPr>
            <w:t>4</w:t>
          </w:r>
          <w:r w:rsidRPr="00DE584F">
            <w:rPr>
              <w:rStyle w:val="Numeropagina"/>
              <w:rFonts w:cs="Arial"/>
              <w:szCs w:val="16"/>
            </w:rPr>
            <w:fldChar w:fldCharType="end"/>
          </w:r>
          <w:r w:rsidRPr="00DE584F">
            <w:rPr>
              <w:rFonts w:cs="Arial"/>
              <w:b/>
              <w:sz w:val="18"/>
              <w:szCs w:val="16"/>
              <w:lang w:val="it-IT"/>
            </w:rPr>
            <w:t xml:space="preserve"> di </w:t>
          </w:r>
          <w:r w:rsidRPr="00DE584F">
            <w:rPr>
              <w:rStyle w:val="Numeropagina"/>
            </w:rPr>
            <w:fldChar w:fldCharType="begin"/>
          </w:r>
          <w:r w:rsidRPr="00DE584F">
            <w:rPr>
              <w:rStyle w:val="Numeropagina"/>
              <w:lang w:val="it-IT"/>
            </w:rPr>
            <w:instrText xml:space="preserve"> NUMPAGES </w:instrText>
          </w:r>
          <w:r w:rsidRPr="00DE584F">
            <w:rPr>
              <w:rStyle w:val="Numeropagina"/>
            </w:rPr>
            <w:fldChar w:fldCharType="separate"/>
          </w:r>
          <w:r w:rsidR="00A741BB">
            <w:rPr>
              <w:rStyle w:val="Numeropagina"/>
              <w:noProof/>
              <w:lang w:val="it-IT"/>
            </w:rPr>
            <w:t>4</w:t>
          </w:r>
          <w:r w:rsidRPr="00DE584F">
            <w:rPr>
              <w:rStyle w:val="Numeropagina"/>
            </w:rPr>
            <w:fldChar w:fldCharType="end"/>
          </w:r>
        </w:p>
      </w:tc>
    </w:tr>
  </w:tbl>
  <w:p w14:paraId="5C6836EB" w14:textId="09068125" w:rsidR="00946481" w:rsidRPr="00946481" w:rsidRDefault="00946481">
    <w:pPr>
      <w:pStyle w:val="Intestazione"/>
      <w:rPr>
        <w:lang w:val="it-IT"/>
      </w:rPr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7C0DEF"/>
    <w:multiLevelType w:val="multilevel"/>
    <w:tmpl w:val="999A1264"/>
    <w:lvl w:ilvl="0">
      <w:numFmt w:val="bullet"/>
      <w:lvlText w:val="–"/>
      <w:lvlJc w:val="left"/>
      <w:pPr>
        <w:tabs>
          <w:tab w:val="num" w:pos="0"/>
        </w:tabs>
        <w:ind w:left="397" w:hanging="284"/>
      </w:pPr>
      <w:rPr>
        <w:rFonts w:ascii="New Aster LT Std" w:hAnsi="New Aster LT Std" w:cs="New Aster LT Std" w:hint="default"/>
        <w:b w:val="0"/>
        <w:bCs w:val="0"/>
        <w:i w:val="0"/>
        <w:iCs w:val="0"/>
        <w:w w:val="100"/>
        <w:sz w:val="19"/>
        <w:szCs w:val="19"/>
        <w:lang w:val="it-IT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F6015E2"/>
    <w:multiLevelType w:val="hybridMultilevel"/>
    <w:tmpl w:val="7194A996"/>
    <w:lvl w:ilvl="0" w:tplc="C4C095B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BD4D99"/>
    <w:multiLevelType w:val="hybridMultilevel"/>
    <w:tmpl w:val="4B601DC2"/>
    <w:lvl w:ilvl="0" w:tplc="08A4C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183732">
    <w:abstractNumId w:val="8"/>
  </w:num>
  <w:num w:numId="2" w16cid:durableId="1589654835">
    <w:abstractNumId w:val="6"/>
  </w:num>
  <w:num w:numId="3" w16cid:durableId="455097872">
    <w:abstractNumId w:val="5"/>
  </w:num>
  <w:num w:numId="4" w16cid:durableId="1132138230">
    <w:abstractNumId w:val="4"/>
  </w:num>
  <w:num w:numId="5" w16cid:durableId="1010908538">
    <w:abstractNumId w:val="7"/>
  </w:num>
  <w:num w:numId="6" w16cid:durableId="124546972">
    <w:abstractNumId w:val="3"/>
  </w:num>
  <w:num w:numId="7" w16cid:durableId="599409438">
    <w:abstractNumId w:val="2"/>
  </w:num>
  <w:num w:numId="8" w16cid:durableId="327291245">
    <w:abstractNumId w:val="1"/>
  </w:num>
  <w:num w:numId="9" w16cid:durableId="823816873">
    <w:abstractNumId w:val="0"/>
  </w:num>
  <w:num w:numId="10" w16cid:durableId="510067028">
    <w:abstractNumId w:val="9"/>
  </w:num>
  <w:num w:numId="11" w16cid:durableId="358900906">
    <w:abstractNumId w:val="11"/>
  </w:num>
  <w:num w:numId="12" w16cid:durableId="2296606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507B"/>
    <w:rsid w:val="0006063C"/>
    <w:rsid w:val="000C42C3"/>
    <w:rsid w:val="000D30EB"/>
    <w:rsid w:val="0015074B"/>
    <w:rsid w:val="001578CC"/>
    <w:rsid w:val="0029639D"/>
    <w:rsid w:val="00326F90"/>
    <w:rsid w:val="00361A96"/>
    <w:rsid w:val="00420557"/>
    <w:rsid w:val="004631FB"/>
    <w:rsid w:val="004C5C79"/>
    <w:rsid w:val="00652EE4"/>
    <w:rsid w:val="007653CB"/>
    <w:rsid w:val="00817283"/>
    <w:rsid w:val="00836434"/>
    <w:rsid w:val="00946481"/>
    <w:rsid w:val="00A33251"/>
    <w:rsid w:val="00A51847"/>
    <w:rsid w:val="00A741BB"/>
    <w:rsid w:val="00AA1D8D"/>
    <w:rsid w:val="00AB0631"/>
    <w:rsid w:val="00B46437"/>
    <w:rsid w:val="00B47730"/>
    <w:rsid w:val="00CB0664"/>
    <w:rsid w:val="00CE0F8B"/>
    <w:rsid w:val="00D43389"/>
    <w:rsid w:val="00DF1D4B"/>
    <w:rsid w:val="00F053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CF062A"/>
  <w14:defaultImageDpi w14:val="300"/>
  <w15:docId w15:val="{48DCA570-7962-4E08-9CD7-77A081709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2EE4"/>
    <w:pPr>
      <w:spacing w:after="120" w:line="254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keepNext/>
      <w:numPr>
        <w:ilvl w:val="1"/>
      </w:numPr>
      <w:spacing w:after="100"/>
    </w:pPr>
    <w:rPr>
      <w:rFonts w:asciiTheme="majorHAnsi" w:eastAsiaTheme="majorEastAsia" w:hAnsiTheme="majorHAnsi" w:cstheme="majorBidi"/>
      <w:i/>
      <w:iCs/>
      <w:color w:val="000000"/>
      <w:spacing w:val="15"/>
      <w:sz w:val="22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1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umeropagina">
    <w:name w:val="page number"/>
    <w:qFormat/>
    <w:rsid w:val="00946481"/>
    <w:rPr>
      <w:sz w:val="18"/>
    </w:rPr>
  </w:style>
  <w:style w:type="paragraph" w:customStyle="1" w:styleId="western">
    <w:name w:val="western"/>
    <w:basedOn w:val="Normale"/>
    <w:rsid w:val="0004507B"/>
    <w:pPr>
      <w:suppressAutoHyphens/>
      <w:spacing w:before="100" w:after="0" w:line="276" w:lineRule="auto"/>
      <w:jc w:val="both"/>
    </w:pPr>
    <w:rPr>
      <w:rFonts w:ascii="Arial Unicode MS" w:eastAsia="Arial Unicode MS" w:hAnsi="Arial Unicode MS" w:cs="Arial Unicode MS"/>
      <w:kern w:val="2"/>
      <w:sz w:val="24"/>
      <w:szCs w:val="24"/>
      <w:lang w:val="it-IT" w:eastAsia="zh-CN"/>
    </w:rPr>
  </w:style>
  <w:style w:type="paragraph" w:styleId="NormaleWeb">
    <w:name w:val="Normal (Web)"/>
    <w:basedOn w:val="Normale"/>
    <w:uiPriority w:val="99"/>
    <w:semiHidden/>
    <w:unhideWhenUsed/>
    <w:rsid w:val="00CE0F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B9A328-4649-4474-8935-2C7420215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1276</Words>
  <Characters>7276</Characters>
  <Application>Microsoft Office Word</Application>
  <DocSecurity>0</DocSecurity>
  <Lines>60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2</cp:revision>
  <dcterms:created xsi:type="dcterms:W3CDTF">2026-10-22T10:38:00Z</dcterms:created>
  <dcterms:modified xsi:type="dcterms:W3CDTF">2026-10-22T10:38:00Z</dcterms:modified>
  <cp:category/>
</cp:coreProperties>
</file>